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0E0B5" w14:textId="77777777" w:rsidR="007F4094" w:rsidRPr="004B73F8" w:rsidRDefault="00B81ECA">
      <w:pPr>
        <w:pStyle w:val="Title"/>
        <w:rPr>
          <w:rFonts w:ascii="Times New Roman" w:hAnsi="Times New Roman" w:cs="Times New Roman"/>
        </w:rPr>
      </w:pPr>
      <w:r w:rsidRPr="004B73F8">
        <w:rPr>
          <w:rFonts w:ascii="Times New Roman" w:hAnsi="Times New Roman" w:cs="Times New Roman"/>
        </w:rPr>
        <w:t>ACTEA Annual Report Template and Instructions for Accredited Institutions</w:t>
      </w:r>
    </w:p>
    <w:p w14:paraId="68596BCC" w14:textId="77777777" w:rsidR="007F4094" w:rsidRPr="004B73F8" w:rsidRDefault="00B81ECA">
      <w:pPr>
        <w:rPr>
          <w:rFonts w:ascii="Times New Roman" w:hAnsi="Times New Roman" w:cs="Times New Roman"/>
          <w:i/>
          <w:iCs/>
        </w:rPr>
      </w:pPr>
      <w:r w:rsidRPr="004B73F8">
        <w:rPr>
          <w:rFonts w:ascii="Times New Roman" w:hAnsi="Times New Roman" w:cs="Times New Roman"/>
          <w:i/>
          <w:iCs/>
        </w:rPr>
        <w:t>Aligned with ACTEA Standards 2022</w:t>
      </w:r>
    </w:p>
    <w:p w14:paraId="49896E77" w14:textId="77777777" w:rsidR="007F4094" w:rsidRPr="004B73F8" w:rsidRDefault="00B81ECA">
      <w:pPr>
        <w:pStyle w:val="Heading1"/>
        <w:rPr>
          <w:rFonts w:ascii="Times New Roman" w:hAnsi="Times New Roman" w:cs="Times New Roman"/>
        </w:rPr>
      </w:pPr>
      <w:r w:rsidRPr="004B73F8">
        <w:rPr>
          <w:rFonts w:ascii="Times New Roman" w:hAnsi="Times New Roman" w:cs="Times New Roman"/>
        </w:rPr>
        <w:t>Purpose of the Annual Report</w:t>
      </w:r>
    </w:p>
    <w:p w14:paraId="7EFC6220" w14:textId="77777777" w:rsidR="004776F7" w:rsidRDefault="004776F7" w:rsidP="004776F7">
      <w:pPr>
        <w:jc w:val="both"/>
        <w:rPr>
          <w:rFonts w:ascii="Times New Roman" w:hAnsi="Times New Roman" w:cs="Times New Roman"/>
        </w:rPr>
      </w:pPr>
    </w:p>
    <w:p w14:paraId="47E5F0D8" w14:textId="52AAD6B9" w:rsidR="004776F7" w:rsidRDefault="00B81ECA" w:rsidP="004776F7">
      <w:pPr>
        <w:jc w:val="both"/>
        <w:rPr>
          <w:rFonts w:ascii="Times New Roman" w:hAnsi="Times New Roman" w:cs="Times New Roman"/>
        </w:rPr>
      </w:pPr>
      <w:r w:rsidRPr="004B73F8">
        <w:rPr>
          <w:rFonts w:ascii="Times New Roman" w:hAnsi="Times New Roman" w:cs="Times New Roman"/>
        </w:rPr>
        <w:t>The ACTEA Annual Report is a critical tool for maintaining accredited status and promoting institutional accountability, transparency, and growth. This report ensures that ACTEA</w:t>
      </w:r>
      <w:r w:rsidR="00705147" w:rsidRPr="004B73F8">
        <w:rPr>
          <w:rFonts w:ascii="Times New Roman" w:hAnsi="Times New Roman" w:cs="Times New Roman"/>
        </w:rPr>
        <w:t xml:space="preserve"> </w:t>
      </w:r>
      <w:r w:rsidRPr="004B73F8">
        <w:rPr>
          <w:rFonts w:ascii="Times New Roman" w:hAnsi="Times New Roman" w:cs="Times New Roman"/>
        </w:rPr>
        <w:t>accredited institutions demonstrate ongoing compliance with the ACTEA Standards 2022 and share relevant updates related to theological, academic, spiritual, administrative, and financial health. The Annual Report also enables ACTEA to support, guide, and strengthen institutions by identifying areas of progress and areas needing development.</w:t>
      </w:r>
    </w:p>
    <w:p w14:paraId="052D63BA" w14:textId="77777777" w:rsidR="004776F7" w:rsidRDefault="00B81ECA" w:rsidP="004776F7">
      <w:pPr>
        <w:jc w:val="both"/>
        <w:rPr>
          <w:rFonts w:ascii="Times New Roman" w:hAnsi="Times New Roman" w:cs="Times New Roman"/>
        </w:rPr>
      </w:pPr>
      <w:r w:rsidRPr="004B73F8">
        <w:rPr>
          <w:rFonts w:ascii="Times New Roman" w:hAnsi="Times New Roman" w:cs="Times New Roman"/>
        </w:rPr>
        <w:t>Each section below includes clear instructions on how institutions should respond</w:t>
      </w:r>
      <w:r w:rsidR="00705147" w:rsidRPr="004B73F8">
        <w:rPr>
          <w:rFonts w:ascii="Times New Roman" w:hAnsi="Times New Roman" w:cs="Times New Roman"/>
        </w:rPr>
        <w:t xml:space="preserve"> </w:t>
      </w:r>
      <w:r w:rsidRPr="004B73F8">
        <w:rPr>
          <w:rFonts w:ascii="Times New Roman" w:hAnsi="Times New Roman" w:cs="Times New Roman"/>
        </w:rPr>
        <w:t xml:space="preserve">whether in </w:t>
      </w:r>
      <w:r w:rsidRPr="0090382F">
        <w:rPr>
          <w:rFonts w:ascii="Times New Roman" w:hAnsi="Times New Roman" w:cs="Times New Roman"/>
          <w:i/>
          <w:iCs/>
        </w:rPr>
        <w:t>narrative format, tables, or as attached documents</w:t>
      </w:r>
      <w:r w:rsidRPr="004B73F8">
        <w:rPr>
          <w:rFonts w:ascii="Times New Roman" w:hAnsi="Times New Roman" w:cs="Times New Roman"/>
        </w:rPr>
        <w:t xml:space="preserve">. This ensures consistency, </w:t>
      </w:r>
      <w:r w:rsidR="00705147" w:rsidRPr="004B73F8">
        <w:rPr>
          <w:rFonts w:ascii="Times New Roman" w:hAnsi="Times New Roman" w:cs="Times New Roman"/>
        </w:rPr>
        <w:t>clarity, and</w:t>
      </w:r>
      <w:r w:rsidRPr="004B73F8">
        <w:rPr>
          <w:rFonts w:ascii="Times New Roman" w:hAnsi="Times New Roman" w:cs="Times New Roman"/>
        </w:rPr>
        <w:t xml:space="preserve"> completeness.</w:t>
      </w:r>
    </w:p>
    <w:p w14:paraId="705A48E1" w14:textId="77777777" w:rsidR="004776F7" w:rsidRDefault="004776F7" w:rsidP="004776F7">
      <w:pPr>
        <w:jc w:val="both"/>
        <w:rPr>
          <w:rFonts w:ascii="Times New Roman" w:hAnsi="Times New Roman" w:cs="Times New Roman"/>
        </w:rPr>
      </w:pPr>
    </w:p>
    <w:p w14:paraId="385FA0A6" w14:textId="39579775" w:rsidR="007F4094" w:rsidRPr="004B73F8" w:rsidRDefault="00B81ECA" w:rsidP="004776F7">
      <w:pPr>
        <w:jc w:val="both"/>
        <w:rPr>
          <w:rFonts w:ascii="Times New Roman" w:hAnsi="Times New Roman" w:cs="Times New Roman"/>
        </w:rPr>
      </w:pPr>
      <w:r w:rsidRPr="004B73F8">
        <w:rPr>
          <w:rFonts w:ascii="Times New Roman" w:hAnsi="Times New Roman" w:cs="Times New Roman"/>
        </w:rPr>
        <w:t xml:space="preserve">Reports must be </w:t>
      </w:r>
      <w:r w:rsidR="0010014A" w:rsidRPr="004B73F8">
        <w:rPr>
          <w:rFonts w:ascii="Times New Roman" w:hAnsi="Times New Roman" w:cs="Times New Roman"/>
        </w:rPr>
        <w:t>submitted electronically</w:t>
      </w:r>
      <w:r w:rsidRPr="004B73F8">
        <w:rPr>
          <w:rFonts w:ascii="Times New Roman" w:hAnsi="Times New Roman" w:cs="Times New Roman"/>
        </w:rPr>
        <w:t xml:space="preserve"> (email). Supporting documents should be attached where specified. </w:t>
      </w:r>
    </w:p>
    <w:p w14:paraId="47A2DCD7" w14:textId="5A0C364B"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Institutional Profile</w:t>
      </w:r>
      <w:r w:rsidR="00927D5D" w:rsidRPr="004B73F8">
        <w:rPr>
          <w:rFonts w:ascii="Times New Roman" w:hAnsi="Times New Roman" w:cs="Times New Roman"/>
        </w:rPr>
        <w:t xml:space="preserve"> (</w:t>
      </w:r>
      <w:r w:rsidR="00927D5D" w:rsidRPr="004B73F8">
        <w:rPr>
          <w:rFonts w:ascii="Times New Roman" w:hAnsi="Times New Roman" w:cs="Times New Roman"/>
          <w:b w:val="0"/>
          <w:bCs w:val="0"/>
          <w:i/>
          <w:iCs/>
          <w:color w:val="auto"/>
        </w:rPr>
        <w:t xml:space="preserve">Response: </w:t>
      </w:r>
      <w:r w:rsidR="00DE72B0" w:rsidRPr="004B73F8">
        <w:rPr>
          <w:rFonts w:ascii="Times New Roman" w:hAnsi="Times New Roman" w:cs="Times New Roman"/>
          <w:b w:val="0"/>
          <w:bCs w:val="0"/>
          <w:i/>
          <w:iCs/>
          <w:color w:val="auto"/>
        </w:rPr>
        <w:t>table</w:t>
      </w:r>
      <w:r w:rsidR="00DE72B0" w:rsidRPr="004B73F8">
        <w:rPr>
          <w:rFonts w:ascii="Times New Roman" w:hAnsi="Times New Roman" w:cs="Times New Roman"/>
        </w:rPr>
        <w:t>)</w:t>
      </w:r>
    </w:p>
    <w:tbl>
      <w:tblPr>
        <w:tblStyle w:val="TableGrid"/>
        <w:tblW w:w="0" w:type="auto"/>
        <w:tblLook w:val="04A0" w:firstRow="1" w:lastRow="0" w:firstColumn="1" w:lastColumn="0" w:noHBand="0" w:noVBand="1"/>
      </w:tblPr>
      <w:tblGrid>
        <w:gridCol w:w="4158"/>
        <w:gridCol w:w="4410"/>
      </w:tblGrid>
      <w:tr w:rsidR="00DE72B0" w:rsidRPr="004B73F8" w14:paraId="2D610B21" w14:textId="77777777" w:rsidTr="000179E5">
        <w:tc>
          <w:tcPr>
            <w:tcW w:w="4158" w:type="dxa"/>
            <w:tcBorders>
              <w:left w:val="nil"/>
              <w:right w:val="single" w:sz="4" w:space="0" w:color="auto"/>
            </w:tcBorders>
          </w:tcPr>
          <w:p w14:paraId="40100385" w14:textId="25ADEB18" w:rsidR="00DE72B0" w:rsidRPr="004B73F8" w:rsidRDefault="00DE72B0"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Item </w:t>
            </w:r>
          </w:p>
        </w:tc>
        <w:tc>
          <w:tcPr>
            <w:tcW w:w="4410" w:type="dxa"/>
            <w:tcBorders>
              <w:left w:val="single" w:sz="4" w:space="0" w:color="auto"/>
              <w:right w:val="nil"/>
            </w:tcBorders>
          </w:tcPr>
          <w:p w14:paraId="4163D14B" w14:textId="5D662487" w:rsidR="00DE72B0" w:rsidRPr="004B73F8" w:rsidRDefault="00DE72B0"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Response</w:t>
            </w:r>
          </w:p>
        </w:tc>
      </w:tr>
      <w:tr w:rsidR="00DE72B0" w:rsidRPr="004B73F8" w14:paraId="206AF32B" w14:textId="77777777" w:rsidTr="000179E5">
        <w:tc>
          <w:tcPr>
            <w:tcW w:w="4158" w:type="dxa"/>
            <w:tcBorders>
              <w:left w:val="nil"/>
              <w:right w:val="single" w:sz="4" w:space="0" w:color="auto"/>
            </w:tcBorders>
          </w:tcPr>
          <w:p w14:paraId="7EF4C581" w14:textId="02478D33" w:rsidR="00DE72B0" w:rsidRPr="004B73F8" w:rsidRDefault="00DE72B0" w:rsidP="000179E5">
            <w:pPr>
              <w:rPr>
                <w:rFonts w:ascii="Times New Roman" w:hAnsi="Times New Roman" w:cs="Times New Roman"/>
                <w:color w:val="0070C0"/>
                <w:sz w:val="20"/>
                <w:szCs w:val="20"/>
              </w:rPr>
            </w:pPr>
            <w:r w:rsidRPr="004B73F8">
              <w:rPr>
                <w:rFonts w:ascii="Times New Roman" w:hAnsi="Times New Roman" w:cs="Times New Roman"/>
                <w:color w:val="0070C0"/>
                <w:sz w:val="20"/>
                <w:szCs w:val="20"/>
              </w:rPr>
              <w:t>Date of Report Submission</w:t>
            </w:r>
          </w:p>
        </w:tc>
        <w:tc>
          <w:tcPr>
            <w:tcW w:w="4410" w:type="dxa"/>
            <w:tcBorders>
              <w:left w:val="single" w:sz="4" w:space="0" w:color="auto"/>
              <w:right w:val="nil"/>
            </w:tcBorders>
          </w:tcPr>
          <w:p w14:paraId="0F49E1DF" w14:textId="77777777" w:rsidR="00DE72B0" w:rsidRPr="004B73F8" w:rsidRDefault="00DE72B0" w:rsidP="000179E5">
            <w:pPr>
              <w:rPr>
                <w:rFonts w:ascii="Times New Roman" w:hAnsi="Times New Roman" w:cs="Times New Roman"/>
                <w:color w:val="0070C0"/>
                <w:sz w:val="20"/>
                <w:szCs w:val="20"/>
              </w:rPr>
            </w:pPr>
          </w:p>
        </w:tc>
      </w:tr>
      <w:tr w:rsidR="00DE72B0" w:rsidRPr="004B73F8" w14:paraId="49F72D1E" w14:textId="77777777" w:rsidTr="000179E5">
        <w:tc>
          <w:tcPr>
            <w:tcW w:w="4158" w:type="dxa"/>
            <w:tcBorders>
              <w:left w:val="nil"/>
              <w:right w:val="single" w:sz="4" w:space="0" w:color="auto"/>
            </w:tcBorders>
          </w:tcPr>
          <w:p w14:paraId="41FF7337" w14:textId="39DD62F2" w:rsidR="00DE72B0" w:rsidRPr="004B73F8" w:rsidRDefault="00DE72B0" w:rsidP="000179E5">
            <w:pPr>
              <w:rPr>
                <w:rFonts w:ascii="Times New Roman" w:hAnsi="Times New Roman" w:cs="Times New Roman"/>
                <w:color w:val="0070C0"/>
                <w:sz w:val="20"/>
                <w:szCs w:val="20"/>
              </w:rPr>
            </w:pPr>
            <w:r w:rsidRPr="004B73F8">
              <w:rPr>
                <w:rFonts w:ascii="Times New Roman" w:hAnsi="Times New Roman" w:cs="Times New Roman"/>
                <w:color w:val="0070C0"/>
                <w:sz w:val="20"/>
                <w:szCs w:val="20"/>
              </w:rPr>
              <w:t xml:space="preserve">Name of Institution </w:t>
            </w:r>
          </w:p>
        </w:tc>
        <w:tc>
          <w:tcPr>
            <w:tcW w:w="4410" w:type="dxa"/>
            <w:tcBorders>
              <w:left w:val="single" w:sz="4" w:space="0" w:color="auto"/>
              <w:right w:val="nil"/>
            </w:tcBorders>
          </w:tcPr>
          <w:p w14:paraId="7FF3E077" w14:textId="77777777" w:rsidR="00DE72B0" w:rsidRPr="004B73F8" w:rsidRDefault="00DE72B0" w:rsidP="000179E5">
            <w:pPr>
              <w:rPr>
                <w:rFonts w:ascii="Times New Roman" w:hAnsi="Times New Roman" w:cs="Times New Roman"/>
                <w:color w:val="0070C0"/>
                <w:sz w:val="20"/>
                <w:szCs w:val="20"/>
              </w:rPr>
            </w:pPr>
          </w:p>
        </w:tc>
      </w:tr>
      <w:tr w:rsidR="00DE72B0" w:rsidRPr="004B73F8" w14:paraId="3A263843" w14:textId="77777777" w:rsidTr="000179E5">
        <w:tc>
          <w:tcPr>
            <w:tcW w:w="4158" w:type="dxa"/>
            <w:tcBorders>
              <w:left w:val="nil"/>
              <w:right w:val="single" w:sz="4" w:space="0" w:color="auto"/>
            </w:tcBorders>
          </w:tcPr>
          <w:p w14:paraId="2A8AA35A" w14:textId="5A386238" w:rsidR="00DE72B0" w:rsidRPr="004B73F8" w:rsidRDefault="00DE72B0" w:rsidP="000179E5">
            <w:pPr>
              <w:rPr>
                <w:rFonts w:ascii="Times New Roman" w:hAnsi="Times New Roman" w:cs="Times New Roman"/>
                <w:color w:val="0070C0"/>
                <w:sz w:val="20"/>
                <w:szCs w:val="20"/>
              </w:rPr>
            </w:pPr>
            <w:r w:rsidRPr="004B73F8">
              <w:rPr>
                <w:rFonts w:ascii="Times New Roman" w:hAnsi="Times New Roman" w:cs="Times New Roman"/>
                <w:color w:val="0070C0"/>
                <w:sz w:val="20"/>
                <w:szCs w:val="20"/>
              </w:rPr>
              <w:t xml:space="preserve">Contact Information </w:t>
            </w:r>
          </w:p>
        </w:tc>
        <w:tc>
          <w:tcPr>
            <w:tcW w:w="4410" w:type="dxa"/>
            <w:tcBorders>
              <w:left w:val="single" w:sz="4" w:space="0" w:color="auto"/>
              <w:right w:val="nil"/>
            </w:tcBorders>
          </w:tcPr>
          <w:p w14:paraId="23A98A2A" w14:textId="77777777" w:rsidR="00DE72B0" w:rsidRPr="004B73F8" w:rsidRDefault="00DE72B0" w:rsidP="000179E5">
            <w:pPr>
              <w:rPr>
                <w:rFonts w:ascii="Times New Roman" w:hAnsi="Times New Roman" w:cs="Times New Roman"/>
                <w:color w:val="0070C0"/>
                <w:sz w:val="20"/>
                <w:szCs w:val="20"/>
              </w:rPr>
            </w:pPr>
          </w:p>
        </w:tc>
      </w:tr>
      <w:tr w:rsidR="00DE72B0" w:rsidRPr="004B73F8" w14:paraId="4B326D08" w14:textId="77777777" w:rsidTr="000179E5">
        <w:tc>
          <w:tcPr>
            <w:tcW w:w="4158" w:type="dxa"/>
            <w:tcBorders>
              <w:left w:val="nil"/>
              <w:right w:val="single" w:sz="4" w:space="0" w:color="auto"/>
            </w:tcBorders>
          </w:tcPr>
          <w:p w14:paraId="4F9327D3" w14:textId="34B0A038" w:rsidR="00DE72B0" w:rsidRPr="004B73F8" w:rsidRDefault="00DE72B0" w:rsidP="000179E5">
            <w:pPr>
              <w:rPr>
                <w:rFonts w:ascii="Times New Roman" w:hAnsi="Times New Roman" w:cs="Times New Roman"/>
                <w:color w:val="0070C0"/>
                <w:sz w:val="20"/>
                <w:szCs w:val="20"/>
              </w:rPr>
            </w:pPr>
            <w:r w:rsidRPr="004B73F8">
              <w:rPr>
                <w:rFonts w:ascii="Times New Roman" w:hAnsi="Times New Roman" w:cs="Times New Roman"/>
                <w:color w:val="0070C0"/>
                <w:sz w:val="20"/>
                <w:szCs w:val="20"/>
              </w:rPr>
              <w:t xml:space="preserve">Name and position of Author </w:t>
            </w:r>
          </w:p>
        </w:tc>
        <w:tc>
          <w:tcPr>
            <w:tcW w:w="4410" w:type="dxa"/>
            <w:tcBorders>
              <w:left w:val="single" w:sz="4" w:space="0" w:color="auto"/>
              <w:right w:val="nil"/>
            </w:tcBorders>
          </w:tcPr>
          <w:p w14:paraId="5B6BA1FE" w14:textId="77777777" w:rsidR="00DE72B0" w:rsidRPr="004B73F8" w:rsidRDefault="00DE72B0" w:rsidP="000179E5">
            <w:pPr>
              <w:rPr>
                <w:rFonts w:ascii="Times New Roman" w:hAnsi="Times New Roman" w:cs="Times New Roman"/>
                <w:color w:val="0070C0"/>
                <w:sz w:val="20"/>
                <w:szCs w:val="20"/>
              </w:rPr>
            </w:pPr>
          </w:p>
        </w:tc>
      </w:tr>
    </w:tbl>
    <w:p w14:paraId="1371F94D" w14:textId="77777777" w:rsidR="00005651" w:rsidRPr="004B73F8" w:rsidRDefault="00005651" w:rsidP="00005651">
      <w:pPr>
        <w:rPr>
          <w:rFonts w:ascii="Times New Roman" w:hAnsi="Times New Roman" w:cs="Times New Roman"/>
        </w:rPr>
      </w:pPr>
    </w:p>
    <w:p w14:paraId="7602AD9F" w14:textId="58B49C31"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Accreditation Information</w:t>
      </w:r>
      <w:r w:rsidR="00927D5D" w:rsidRPr="004B73F8">
        <w:rPr>
          <w:rFonts w:ascii="Times New Roman" w:hAnsi="Times New Roman" w:cs="Times New Roman"/>
        </w:rPr>
        <w:t xml:space="preserve"> </w:t>
      </w:r>
      <w:r w:rsidR="00927D5D" w:rsidRPr="004B73F8">
        <w:rPr>
          <w:rFonts w:ascii="Times New Roman" w:hAnsi="Times New Roman" w:cs="Times New Roman"/>
          <w:b w:val="0"/>
          <w:bCs w:val="0"/>
          <w:i/>
          <w:iCs/>
          <w:color w:val="auto"/>
        </w:rPr>
        <w:t>(Response: Table)</w:t>
      </w:r>
      <w:r w:rsidR="00927D5D" w:rsidRPr="004B73F8">
        <w:rPr>
          <w:rFonts w:ascii="Times New Roman" w:hAnsi="Times New Roman" w:cs="Times New Roman"/>
          <w:color w:val="auto"/>
        </w:rPr>
        <w:t xml:space="preserve"> </w:t>
      </w:r>
    </w:p>
    <w:tbl>
      <w:tblPr>
        <w:tblStyle w:val="TableGrid"/>
        <w:tblW w:w="0" w:type="auto"/>
        <w:tblLook w:val="04A0" w:firstRow="1" w:lastRow="0" w:firstColumn="1" w:lastColumn="0" w:noHBand="0" w:noVBand="1"/>
      </w:tblPr>
      <w:tblGrid>
        <w:gridCol w:w="5103"/>
        <w:gridCol w:w="3465"/>
      </w:tblGrid>
      <w:tr w:rsidR="00705147" w:rsidRPr="004B73F8" w14:paraId="7417E808" w14:textId="77777777" w:rsidTr="004776F7">
        <w:tc>
          <w:tcPr>
            <w:tcW w:w="5103" w:type="dxa"/>
            <w:tcBorders>
              <w:left w:val="nil"/>
              <w:right w:val="single" w:sz="4" w:space="0" w:color="auto"/>
            </w:tcBorders>
          </w:tcPr>
          <w:p w14:paraId="18B934A9" w14:textId="79C20181" w:rsidR="00927D5D" w:rsidRPr="004B73F8" w:rsidRDefault="00927D5D">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Description</w:t>
            </w:r>
          </w:p>
        </w:tc>
        <w:tc>
          <w:tcPr>
            <w:tcW w:w="3465" w:type="dxa"/>
            <w:tcBorders>
              <w:left w:val="single" w:sz="4" w:space="0" w:color="auto"/>
              <w:right w:val="nil"/>
            </w:tcBorders>
          </w:tcPr>
          <w:p w14:paraId="1425FBF5" w14:textId="75980E3B" w:rsidR="00927D5D" w:rsidRPr="004B73F8" w:rsidRDefault="00927D5D">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Detail</w:t>
            </w:r>
          </w:p>
        </w:tc>
      </w:tr>
      <w:tr w:rsidR="00705147" w:rsidRPr="004B73F8" w14:paraId="4AB24B63" w14:textId="77777777" w:rsidTr="004776F7">
        <w:tc>
          <w:tcPr>
            <w:tcW w:w="5103" w:type="dxa"/>
            <w:tcBorders>
              <w:left w:val="nil"/>
              <w:right w:val="single" w:sz="4" w:space="0" w:color="auto"/>
            </w:tcBorders>
          </w:tcPr>
          <w:p w14:paraId="542D782F" w14:textId="4D9A1C35" w:rsidR="00927D5D" w:rsidRPr="004B73F8" w:rsidRDefault="00927D5D">
            <w:pPr>
              <w:rPr>
                <w:rFonts w:ascii="Times New Roman" w:hAnsi="Times New Roman" w:cs="Times New Roman"/>
                <w:color w:val="0070C0"/>
                <w:sz w:val="20"/>
                <w:szCs w:val="20"/>
              </w:rPr>
            </w:pPr>
            <w:r w:rsidRPr="004B73F8">
              <w:rPr>
                <w:rFonts w:ascii="Times New Roman" w:hAnsi="Times New Roman" w:cs="Times New Roman"/>
                <w:color w:val="0070C0"/>
                <w:sz w:val="20"/>
                <w:szCs w:val="20"/>
              </w:rPr>
              <w:t xml:space="preserve">Year ACTEA status was awarded </w:t>
            </w:r>
          </w:p>
        </w:tc>
        <w:tc>
          <w:tcPr>
            <w:tcW w:w="3465" w:type="dxa"/>
            <w:tcBorders>
              <w:left w:val="single" w:sz="4" w:space="0" w:color="auto"/>
              <w:right w:val="nil"/>
            </w:tcBorders>
          </w:tcPr>
          <w:p w14:paraId="6F6897E3" w14:textId="77777777" w:rsidR="00927D5D" w:rsidRPr="004B73F8" w:rsidRDefault="00927D5D">
            <w:pPr>
              <w:rPr>
                <w:rFonts w:ascii="Times New Roman" w:hAnsi="Times New Roman" w:cs="Times New Roman"/>
                <w:color w:val="0070C0"/>
                <w:sz w:val="20"/>
                <w:szCs w:val="20"/>
              </w:rPr>
            </w:pPr>
          </w:p>
        </w:tc>
      </w:tr>
      <w:tr w:rsidR="00705147" w:rsidRPr="004B73F8" w14:paraId="03F15362" w14:textId="77777777" w:rsidTr="004776F7">
        <w:tc>
          <w:tcPr>
            <w:tcW w:w="5103" w:type="dxa"/>
            <w:tcBorders>
              <w:left w:val="nil"/>
              <w:right w:val="single" w:sz="4" w:space="0" w:color="auto"/>
            </w:tcBorders>
          </w:tcPr>
          <w:p w14:paraId="455C6A28" w14:textId="4ACD33F8" w:rsidR="00927D5D" w:rsidRPr="004B73F8" w:rsidRDefault="00927D5D">
            <w:pPr>
              <w:rPr>
                <w:rFonts w:ascii="Times New Roman" w:hAnsi="Times New Roman" w:cs="Times New Roman"/>
                <w:color w:val="0070C0"/>
                <w:sz w:val="20"/>
                <w:szCs w:val="20"/>
              </w:rPr>
            </w:pPr>
            <w:r w:rsidRPr="004B73F8">
              <w:rPr>
                <w:rFonts w:ascii="Times New Roman" w:hAnsi="Times New Roman" w:cs="Times New Roman"/>
                <w:color w:val="0070C0"/>
                <w:sz w:val="20"/>
                <w:szCs w:val="20"/>
              </w:rPr>
              <w:t xml:space="preserve">Level and type of </w:t>
            </w:r>
            <w:r w:rsidR="004776F7" w:rsidRPr="004B73F8">
              <w:rPr>
                <w:rFonts w:ascii="Times New Roman" w:hAnsi="Times New Roman" w:cs="Times New Roman"/>
                <w:color w:val="0070C0"/>
                <w:sz w:val="20"/>
                <w:szCs w:val="20"/>
              </w:rPr>
              <w:t>accredited</w:t>
            </w:r>
            <w:r w:rsidRPr="004B73F8">
              <w:rPr>
                <w:rFonts w:ascii="Times New Roman" w:hAnsi="Times New Roman" w:cs="Times New Roman"/>
                <w:color w:val="0070C0"/>
                <w:sz w:val="20"/>
                <w:szCs w:val="20"/>
              </w:rPr>
              <w:t xml:space="preserve"> </w:t>
            </w:r>
            <w:r w:rsidR="004776F7" w:rsidRPr="004B73F8">
              <w:rPr>
                <w:rFonts w:ascii="Times New Roman" w:hAnsi="Times New Roman" w:cs="Times New Roman"/>
                <w:color w:val="0070C0"/>
                <w:sz w:val="20"/>
                <w:szCs w:val="20"/>
              </w:rPr>
              <w:t>program</w:t>
            </w:r>
            <w:r w:rsidRPr="004B73F8">
              <w:rPr>
                <w:rFonts w:ascii="Times New Roman" w:hAnsi="Times New Roman" w:cs="Times New Roman"/>
                <w:color w:val="0070C0"/>
                <w:sz w:val="20"/>
                <w:szCs w:val="20"/>
              </w:rPr>
              <w:t>(s)</w:t>
            </w:r>
          </w:p>
        </w:tc>
        <w:tc>
          <w:tcPr>
            <w:tcW w:w="3465" w:type="dxa"/>
            <w:tcBorders>
              <w:left w:val="single" w:sz="4" w:space="0" w:color="auto"/>
              <w:right w:val="nil"/>
            </w:tcBorders>
          </w:tcPr>
          <w:p w14:paraId="056161CB" w14:textId="77777777" w:rsidR="00927D5D" w:rsidRPr="004B73F8" w:rsidRDefault="00927D5D">
            <w:pPr>
              <w:rPr>
                <w:rFonts w:ascii="Times New Roman" w:hAnsi="Times New Roman" w:cs="Times New Roman"/>
                <w:color w:val="0070C0"/>
                <w:sz w:val="20"/>
                <w:szCs w:val="20"/>
              </w:rPr>
            </w:pPr>
          </w:p>
        </w:tc>
      </w:tr>
      <w:tr w:rsidR="00705147" w:rsidRPr="004B73F8" w14:paraId="2B6D4290" w14:textId="77777777" w:rsidTr="004776F7">
        <w:tc>
          <w:tcPr>
            <w:tcW w:w="5103" w:type="dxa"/>
            <w:tcBorders>
              <w:left w:val="nil"/>
              <w:right w:val="single" w:sz="4" w:space="0" w:color="auto"/>
            </w:tcBorders>
          </w:tcPr>
          <w:p w14:paraId="6399C653" w14:textId="0C0B37A7" w:rsidR="00927D5D" w:rsidRPr="004B73F8" w:rsidRDefault="00927D5D">
            <w:pPr>
              <w:rPr>
                <w:rFonts w:ascii="Times New Roman" w:hAnsi="Times New Roman" w:cs="Times New Roman"/>
                <w:color w:val="0070C0"/>
                <w:sz w:val="20"/>
                <w:szCs w:val="20"/>
              </w:rPr>
            </w:pPr>
            <w:r w:rsidRPr="004B73F8">
              <w:rPr>
                <w:rFonts w:ascii="Times New Roman" w:hAnsi="Times New Roman" w:cs="Times New Roman"/>
                <w:color w:val="0070C0"/>
                <w:sz w:val="20"/>
                <w:szCs w:val="20"/>
              </w:rPr>
              <w:t>Current conditions/probation (if any)</w:t>
            </w:r>
          </w:p>
        </w:tc>
        <w:tc>
          <w:tcPr>
            <w:tcW w:w="3465" w:type="dxa"/>
            <w:tcBorders>
              <w:left w:val="single" w:sz="4" w:space="0" w:color="auto"/>
              <w:right w:val="nil"/>
            </w:tcBorders>
          </w:tcPr>
          <w:p w14:paraId="1D5A4747" w14:textId="77777777" w:rsidR="00927D5D" w:rsidRPr="004B73F8" w:rsidRDefault="00927D5D">
            <w:pPr>
              <w:rPr>
                <w:rFonts w:ascii="Times New Roman" w:hAnsi="Times New Roman" w:cs="Times New Roman"/>
                <w:color w:val="0070C0"/>
                <w:sz w:val="20"/>
                <w:szCs w:val="20"/>
              </w:rPr>
            </w:pPr>
          </w:p>
        </w:tc>
      </w:tr>
      <w:tr w:rsidR="004776F7" w:rsidRPr="004B73F8" w14:paraId="0CF177E2" w14:textId="77777777" w:rsidTr="004776F7">
        <w:tc>
          <w:tcPr>
            <w:tcW w:w="5103" w:type="dxa"/>
            <w:tcBorders>
              <w:left w:val="nil"/>
              <w:right w:val="single" w:sz="4" w:space="0" w:color="auto"/>
            </w:tcBorders>
          </w:tcPr>
          <w:p w14:paraId="50A1FBE0" w14:textId="469F3C28" w:rsidR="004776F7" w:rsidRPr="004B73F8" w:rsidRDefault="004776F7">
            <w:pPr>
              <w:rPr>
                <w:rFonts w:ascii="Times New Roman" w:hAnsi="Times New Roman" w:cs="Times New Roman"/>
                <w:color w:val="0070C0"/>
                <w:sz w:val="20"/>
                <w:szCs w:val="20"/>
              </w:rPr>
            </w:pPr>
            <w:r>
              <w:rPr>
                <w:rFonts w:ascii="Times New Roman" w:hAnsi="Times New Roman" w:cs="Times New Roman"/>
                <w:color w:val="0070C0"/>
                <w:sz w:val="20"/>
                <w:szCs w:val="20"/>
              </w:rPr>
              <w:t>Date when previous Annual Report was Submitted</w:t>
            </w:r>
          </w:p>
        </w:tc>
        <w:tc>
          <w:tcPr>
            <w:tcW w:w="3465" w:type="dxa"/>
            <w:tcBorders>
              <w:left w:val="single" w:sz="4" w:space="0" w:color="auto"/>
              <w:right w:val="nil"/>
            </w:tcBorders>
          </w:tcPr>
          <w:p w14:paraId="7148B26A" w14:textId="77777777" w:rsidR="004776F7" w:rsidRPr="004B73F8" w:rsidRDefault="004776F7">
            <w:pPr>
              <w:rPr>
                <w:rFonts w:ascii="Times New Roman" w:hAnsi="Times New Roman" w:cs="Times New Roman"/>
                <w:color w:val="0070C0"/>
                <w:sz w:val="20"/>
                <w:szCs w:val="20"/>
              </w:rPr>
            </w:pPr>
          </w:p>
        </w:tc>
      </w:tr>
      <w:tr w:rsidR="004776F7" w:rsidRPr="004B73F8" w14:paraId="0FBD0857" w14:textId="77777777" w:rsidTr="004776F7">
        <w:tc>
          <w:tcPr>
            <w:tcW w:w="5103" w:type="dxa"/>
            <w:tcBorders>
              <w:left w:val="nil"/>
              <w:right w:val="single" w:sz="4" w:space="0" w:color="auto"/>
            </w:tcBorders>
          </w:tcPr>
          <w:p w14:paraId="2DD8F02D" w14:textId="77CA6F1C" w:rsidR="004776F7" w:rsidRDefault="004776F7">
            <w:pPr>
              <w:rPr>
                <w:rFonts w:ascii="Times New Roman" w:hAnsi="Times New Roman" w:cs="Times New Roman"/>
                <w:color w:val="0070C0"/>
                <w:sz w:val="20"/>
                <w:szCs w:val="20"/>
              </w:rPr>
            </w:pPr>
            <w:r>
              <w:rPr>
                <w:rFonts w:ascii="Times New Roman" w:hAnsi="Times New Roman" w:cs="Times New Roman"/>
                <w:color w:val="0070C0"/>
                <w:sz w:val="20"/>
                <w:szCs w:val="20"/>
              </w:rPr>
              <w:t xml:space="preserve">Date when previous Annual Payment was Paid to ACTEA. </w:t>
            </w:r>
          </w:p>
        </w:tc>
        <w:tc>
          <w:tcPr>
            <w:tcW w:w="3465" w:type="dxa"/>
            <w:tcBorders>
              <w:left w:val="single" w:sz="4" w:space="0" w:color="auto"/>
              <w:right w:val="nil"/>
            </w:tcBorders>
          </w:tcPr>
          <w:p w14:paraId="7682B740" w14:textId="77777777" w:rsidR="004776F7" w:rsidRPr="004B73F8" w:rsidRDefault="004776F7">
            <w:pPr>
              <w:rPr>
                <w:rFonts w:ascii="Times New Roman" w:hAnsi="Times New Roman" w:cs="Times New Roman"/>
                <w:color w:val="0070C0"/>
                <w:sz w:val="20"/>
                <w:szCs w:val="20"/>
              </w:rPr>
            </w:pPr>
          </w:p>
        </w:tc>
      </w:tr>
    </w:tbl>
    <w:p w14:paraId="463D930B" w14:textId="77777777" w:rsidR="00927D5D" w:rsidRPr="004B73F8" w:rsidRDefault="00927D5D">
      <w:pPr>
        <w:rPr>
          <w:rFonts w:ascii="Times New Roman" w:hAnsi="Times New Roman" w:cs="Times New Roman"/>
        </w:rPr>
      </w:pPr>
    </w:p>
    <w:p w14:paraId="5FCB9330" w14:textId="3D392AB5" w:rsidR="007F4094" w:rsidRPr="00BF64B7" w:rsidRDefault="00B81ECA" w:rsidP="004B73F8">
      <w:pPr>
        <w:pStyle w:val="Heading1"/>
        <w:numPr>
          <w:ilvl w:val="0"/>
          <w:numId w:val="14"/>
        </w:numPr>
        <w:rPr>
          <w:rFonts w:ascii="Times New Roman" w:hAnsi="Times New Roman" w:cs="Times New Roman"/>
          <w:b w:val="0"/>
          <w:bCs w:val="0"/>
          <w:i/>
          <w:iCs/>
          <w:color w:val="auto"/>
        </w:rPr>
      </w:pPr>
      <w:r w:rsidRPr="007502A4">
        <w:rPr>
          <w:rFonts w:ascii="Times New Roman" w:hAnsi="Times New Roman" w:cs="Times New Roman"/>
        </w:rPr>
        <w:lastRenderedPageBreak/>
        <w:t>Academic Year in Review</w:t>
      </w:r>
      <w:r w:rsidR="00705147" w:rsidRPr="00BF64B7">
        <w:rPr>
          <w:rFonts w:ascii="Times New Roman" w:hAnsi="Times New Roman" w:cs="Times New Roman"/>
          <w:i/>
          <w:iCs/>
        </w:rPr>
        <w:t xml:space="preserve"> </w:t>
      </w:r>
      <w:r w:rsidR="00705147" w:rsidRPr="00BF64B7">
        <w:rPr>
          <w:rFonts w:ascii="Times New Roman" w:hAnsi="Times New Roman" w:cs="Times New Roman"/>
          <w:b w:val="0"/>
          <w:bCs w:val="0"/>
          <w:i/>
          <w:iCs/>
          <w:color w:val="auto"/>
        </w:rPr>
        <w:t>(Response: Narrative)</w:t>
      </w:r>
    </w:p>
    <w:p w14:paraId="1DEF33AB" w14:textId="77777777" w:rsidR="00705147" w:rsidRPr="004B73F8" w:rsidRDefault="00705147" w:rsidP="00705147">
      <w:pPr>
        <w:pStyle w:val="NormalWeb"/>
      </w:pPr>
      <w:r w:rsidRPr="004B73F8">
        <w:t>Write 1–2 paragraphs describing:</w:t>
      </w:r>
    </w:p>
    <w:p w14:paraId="7C9DE4A2" w14:textId="77777777" w:rsidR="00705147" w:rsidRPr="004B73F8" w:rsidRDefault="00705147" w:rsidP="004B73F8">
      <w:pPr>
        <w:pStyle w:val="NormalWeb"/>
        <w:numPr>
          <w:ilvl w:val="0"/>
          <w:numId w:val="7"/>
        </w:numPr>
        <w:rPr>
          <w:sz w:val="22"/>
          <w:szCs w:val="22"/>
        </w:rPr>
      </w:pPr>
      <w:r w:rsidRPr="004B73F8">
        <w:rPr>
          <w:sz w:val="22"/>
          <w:szCs w:val="22"/>
        </w:rPr>
        <w:t>Start and end dates of academic year</w:t>
      </w:r>
    </w:p>
    <w:p w14:paraId="50591FEC" w14:textId="77777777" w:rsidR="00705147" w:rsidRPr="004B73F8" w:rsidRDefault="00705147" w:rsidP="004B73F8">
      <w:pPr>
        <w:pStyle w:val="NormalWeb"/>
        <w:numPr>
          <w:ilvl w:val="0"/>
          <w:numId w:val="7"/>
        </w:numPr>
        <w:rPr>
          <w:sz w:val="22"/>
          <w:szCs w:val="22"/>
        </w:rPr>
      </w:pPr>
      <w:r w:rsidRPr="004B73F8">
        <w:rPr>
          <w:sz w:val="22"/>
          <w:szCs w:val="22"/>
        </w:rPr>
        <w:t>Major developments (e.g., leadership transitions, disasters, growth areas)</w:t>
      </w:r>
    </w:p>
    <w:p w14:paraId="42D51AB0" w14:textId="15BA807E" w:rsidR="00705147" w:rsidRPr="004B73F8" w:rsidRDefault="00705147" w:rsidP="004B73F8">
      <w:pPr>
        <w:pStyle w:val="NormalWeb"/>
        <w:numPr>
          <w:ilvl w:val="0"/>
          <w:numId w:val="7"/>
        </w:numPr>
        <w:rPr>
          <w:sz w:val="22"/>
          <w:szCs w:val="22"/>
        </w:rPr>
      </w:pPr>
      <w:r w:rsidRPr="004B73F8">
        <w:rPr>
          <w:sz w:val="22"/>
          <w:szCs w:val="22"/>
        </w:rPr>
        <w:t>Institutional successes and challenges</w:t>
      </w:r>
    </w:p>
    <w:p w14:paraId="1C1F4B4B" w14:textId="77212000"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Governance and Administration (Standard 1)</w:t>
      </w:r>
    </w:p>
    <w:p w14:paraId="7798388F" w14:textId="77777777" w:rsidR="007F4094" w:rsidRPr="004B73F8" w:rsidRDefault="00B81ECA">
      <w:pPr>
        <w:rPr>
          <w:rFonts w:ascii="Times New Roman" w:hAnsi="Times New Roman" w:cs="Times New Roman"/>
        </w:rPr>
      </w:pPr>
      <w:r w:rsidRPr="004B73F8">
        <w:rPr>
          <w:rFonts w:ascii="Times New Roman" w:hAnsi="Times New Roman" w:cs="Times New Roman"/>
        </w:rPr>
        <w:t>Use both narrative and tables. Attach a financial summary and audit. For reviews, use a table indicating what evaluations were done and by whom.</w:t>
      </w:r>
    </w:p>
    <w:p w14:paraId="3E884229" w14:textId="157C8D08" w:rsidR="00705147" w:rsidRPr="004B73F8" w:rsidRDefault="00705147" w:rsidP="004B73F8">
      <w:pPr>
        <w:pStyle w:val="ListParagraph"/>
        <w:numPr>
          <w:ilvl w:val="1"/>
          <w:numId w:val="14"/>
        </w:numPr>
        <w:spacing w:before="100" w:beforeAutospacing="1" w:after="100" w:afterAutospacing="1" w:line="240" w:lineRule="auto"/>
        <w:rPr>
          <w:rFonts w:ascii="Times New Roman" w:eastAsia="Times New Roman" w:hAnsi="Times New Roman" w:cs="Times New Roman"/>
        </w:rPr>
      </w:pPr>
      <w:r w:rsidRPr="004B73F8">
        <w:rPr>
          <w:rFonts w:ascii="Times New Roman" w:eastAsia="Times New Roman" w:hAnsi="Times New Roman" w:cs="Times New Roman"/>
          <w:i/>
          <w:iCs/>
        </w:rPr>
        <w:t>Changes in Governance (Response: Narrative</w:t>
      </w:r>
      <w:r w:rsidR="00DE72B0" w:rsidRPr="004B73F8">
        <w:rPr>
          <w:rFonts w:ascii="Times New Roman" w:eastAsia="Times New Roman" w:hAnsi="Times New Roman" w:cs="Times New Roman"/>
          <w:i/>
          <w:iCs/>
        </w:rPr>
        <w:t xml:space="preserve"> + table</w:t>
      </w:r>
      <w:r w:rsidRPr="004B73F8">
        <w:rPr>
          <w:rFonts w:ascii="Times New Roman" w:eastAsia="Times New Roman" w:hAnsi="Times New Roman" w:cs="Times New Roman"/>
          <w:i/>
          <w:iCs/>
        </w:rPr>
        <w:t>)</w:t>
      </w:r>
      <w:r w:rsidRPr="004B73F8">
        <w:rPr>
          <w:rFonts w:ascii="Times New Roman" w:eastAsia="Times New Roman" w:hAnsi="Times New Roman" w:cs="Times New Roman"/>
          <w:i/>
          <w:iCs/>
        </w:rPr>
        <w:br/>
      </w:r>
      <w:r w:rsidRPr="004B73F8">
        <w:rPr>
          <w:rFonts w:ascii="Times New Roman" w:eastAsia="Times New Roman" w:hAnsi="Times New Roman" w:cs="Times New Roman"/>
        </w:rPr>
        <w:t>Describe board composition, leadership changes, or updates to mission/strategy.</w:t>
      </w:r>
    </w:p>
    <w:p w14:paraId="438F787D" w14:textId="68C4BC14" w:rsidR="00DE72B0" w:rsidRPr="004B73F8" w:rsidRDefault="00DE72B0" w:rsidP="00705147">
      <w:pPr>
        <w:spacing w:before="100" w:beforeAutospacing="1" w:after="100" w:afterAutospacing="1" w:line="240" w:lineRule="auto"/>
        <w:rPr>
          <w:rFonts w:ascii="Times New Roman" w:eastAsia="Times New Roman" w:hAnsi="Times New Roman" w:cs="Times New Roman"/>
        </w:rPr>
      </w:pPr>
      <w:r w:rsidRPr="004B73F8">
        <w:rPr>
          <w:rFonts w:ascii="Times New Roman" w:eastAsia="Times New Roman" w:hAnsi="Times New Roman" w:cs="Times New Roman"/>
          <w:i/>
          <w:iCs/>
        </w:rPr>
        <w:t>Table for leadership/ Governance changes</w:t>
      </w:r>
      <w:r w:rsidRPr="004B73F8">
        <w:rPr>
          <w:rFonts w:ascii="Times New Roman" w:eastAsia="Times New Roman" w:hAnsi="Times New Roman" w:cs="Times New Roman"/>
        </w:rPr>
        <w:t xml:space="preserve">: </w:t>
      </w:r>
    </w:p>
    <w:tbl>
      <w:tblPr>
        <w:tblStyle w:val="TableGrid"/>
        <w:tblW w:w="0" w:type="auto"/>
        <w:tblLook w:val="04A0" w:firstRow="1" w:lastRow="0" w:firstColumn="1" w:lastColumn="0" w:noHBand="0" w:noVBand="1"/>
      </w:tblPr>
      <w:tblGrid>
        <w:gridCol w:w="2681"/>
        <w:gridCol w:w="2216"/>
        <w:gridCol w:w="1969"/>
        <w:gridCol w:w="1774"/>
      </w:tblGrid>
      <w:tr w:rsidR="00DE72B0" w:rsidRPr="004B73F8" w14:paraId="5D76AA11" w14:textId="4F0AB2D7" w:rsidTr="00DE72B0">
        <w:tc>
          <w:tcPr>
            <w:tcW w:w="2743" w:type="dxa"/>
            <w:tcBorders>
              <w:left w:val="nil"/>
              <w:right w:val="single" w:sz="4" w:space="0" w:color="auto"/>
            </w:tcBorders>
          </w:tcPr>
          <w:p w14:paraId="077380AF" w14:textId="669D85CF" w:rsidR="00DE72B0" w:rsidRPr="004B73F8" w:rsidRDefault="00DE72B0"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Position/Role</w:t>
            </w:r>
          </w:p>
        </w:tc>
        <w:tc>
          <w:tcPr>
            <w:tcW w:w="2274" w:type="dxa"/>
            <w:tcBorders>
              <w:left w:val="single" w:sz="4" w:space="0" w:color="auto"/>
              <w:right w:val="nil"/>
            </w:tcBorders>
          </w:tcPr>
          <w:p w14:paraId="751C65B4" w14:textId="1D37A919" w:rsidR="00DE72B0" w:rsidRPr="004B73F8" w:rsidRDefault="00DE72B0"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Previous holder </w:t>
            </w:r>
          </w:p>
        </w:tc>
        <w:tc>
          <w:tcPr>
            <w:tcW w:w="2023" w:type="dxa"/>
            <w:tcBorders>
              <w:left w:val="single" w:sz="4" w:space="0" w:color="auto"/>
              <w:right w:val="nil"/>
            </w:tcBorders>
          </w:tcPr>
          <w:p w14:paraId="170B785F" w14:textId="3B7CD344" w:rsidR="00DE72B0" w:rsidRPr="004B73F8" w:rsidRDefault="00DE72B0"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New Holder</w:t>
            </w:r>
          </w:p>
        </w:tc>
        <w:tc>
          <w:tcPr>
            <w:tcW w:w="1816" w:type="dxa"/>
            <w:tcBorders>
              <w:left w:val="single" w:sz="4" w:space="0" w:color="auto"/>
              <w:right w:val="nil"/>
            </w:tcBorders>
          </w:tcPr>
          <w:p w14:paraId="687BB0DA" w14:textId="339CD793" w:rsidR="00DE72B0" w:rsidRPr="004B73F8" w:rsidRDefault="00DE72B0"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Date of Change </w:t>
            </w:r>
          </w:p>
        </w:tc>
      </w:tr>
      <w:tr w:rsidR="00DE72B0" w:rsidRPr="004B73F8" w14:paraId="02F71F27" w14:textId="6C3C97B9" w:rsidTr="00DE72B0">
        <w:tc>
          <w:tcPr>
            <w:tcW w:w="2743" w:type="dxa"/>
            <w:tcBorders>
              <w:left w:val="nil"/>
              <w:right w:val="single" w:sz="4" w:space="0" w:color="auto"/>
            </w:tcBorders>
          </w:tcPr>
          <w:p w14:paraId="2C673BCC" w14:textId="2306EF6E" w:rsidR="00DE72B0" w:rsidRPr="004B73F8" w:rsidRDefault="00DE72B0" w:rsidP="000179E5">
            <w:pPr>
              <w:rPr>
                <w:rFonts w:ascii="Times New Roman" w:hAnsi="Times New Roman" w:cs="Times New Roman"/>
                <w:color w:val="0070C0"/>
                <w:sz w:val="20"/>
                <w:szCs w:val="20"/>
              </w:rPr>
            </w:pPr>
          </w:p>
        </w:tc>
        <w:tc>
          <w:tcPr>
            <w:tcW w:w="2274" w:type="dxa"/>
            <w:tcBorders>
              <w:left w:val="single" w:sz="4" w:space="0" w:color="auto"/>
              <w:right w:val="nil"/>
            </w:tcBorders>
          </w:tcPr>
          <w:p w14:paraId="0F6DD0FC" w14:textId="77777777" w:rsidR="00DE72B0" w:rsidRPr="004B73F8" w:rsidRDefault="00DE72B0" w:rsidP="000179E5">
            <w:pPr>
              <w:rPr>
                <w:rFonts w:ascii="Times New Roman" w:hAnsi="Times New Roman" w:cs="Times New Roman"/>
                <w:color w:val="0070C0"/>
                <w:sz w:val="20"/>
                <w:szCs w:val="20"/>
              </w:rPr>
            </w:pPr>
          </w:p>
        </w:tc>
        <w:tc>
          <w:tcPr>
            <w:tcW w:w="2023" w:type="dxa"/>
            <w:tcBorders>
              <w:left w:val="single" w:sz="4" w:space="0" w:color="auto"/>
              <w:right w:val="nil"/>
            </w:tcBorders>
          </w:tcPr>
          <w:p w14:paraId="0BE93CC2" w14:textId="77777777" w:rsidR="00DE72B0" w:rsidRPr="004B73F8" w:rsidRDefault="00DE72B0" w:rsidP="000179E5">
            <w:pPr>
              <w:rPr>
                <w:rFonts w:ascii="Times New Roman" w:hAnsi="Times New Roman" w:cs="Times New Roman"/>
                <w:color w:val="0070C0"/>
                <w:sz w:val="20"/>
                <w:szCs w:val="20"/>
              </w:rPr>
            </w:pPr>
          </w:p>
        </w:tc>
        <w:tc>
          <w:tcPr>
            <w:tcW w:w="1816" w:type="dxa"/>
            <w:tcBorders>
              <w:left w:val="single" w:sz="4" w:space="0" w:color="auto"/>
              <w:right w:val="nil"/>
            </w:tcBorders>
          </w:tcPr>
          <w:p w14:paraId="6B959010" w14:textId="77777777" w:rsidR="00DE72B0" w:rsidRPr="004B73F8" w:rsidRDefault="00DE72B0" w:rsidP="000179E5">
            <w:pPr>
              <w:rPr>
                <w:rFonts w:ascii="Times New Roman" w:hAnsi="Times New Roman" w:cs="Times New Roman"/>
                <w:color w:val="0070C0"/>
                <w:sz w:val="20"/>
                <w:szCs w:val="20"/>
              </w:rPr>
            </w:pPr>
          </w:p>
        </w:tc>
      </w:tr>
      <w:tr w:rsidR="00DE72B0" w:rsidRPr="004B73F8" w14:paraId="1A6C0704" w14:textId="63C49964" w:rsidTr="00DE72B0">
        <w:tc>
          <w:tcPr>
            <w:tcW w:w="2743" w:type="dxa"/>
            <w:tcBorders>
              <w:left w:val="nil"/>
              <w:right w:val="single" w:sz="4" w:space="0" w:color="auto"/>
            </w:tcBorders>
          </w:tcPr>
          <w:p w14:paraId="5D72D935" w14:textId="5C1C1E4F" w:rsidR="00DE72B0" w:rsidRPr="004B73F8" w:rsidRDefault="00DE72B0" w:rsidP="000179E5">
            <w:pPr>
              <w:rPr>
                <w:rFonts w:ascii="Times New Roman" w:hAnsi="Times New Roman" w:cs="Times New Roman"/>
                <w:color w:val="0070C0"/>
                <w:sz w:val="20"/>
                <w:szCs w:val="20"/>
              </w:rPr>
            </w:pPr>
          </w:p>
        </w:tc>
        <w:tc>
          <w:tcPr>
            <w:tcW w:w="2274" w:type="dxa"/>
            <w:tcBorders>
              <w:left w:val="single" w:sz="4" w:space="0" w:color="auto"/>
              <w:right w:val="nil"/>
            </w:tcBorders>
          </w:tcPr>
          <w:p w14:paraId="1A03AF62" w14:textId="77777777" w:rsidR="00DE72B0" w:rsidRPr="004B73F8" w:rsidRDefault="00DE72B0" w:rsidP="000179E5">
            <w:pPr>
              <w:rPr>
                <w:rFonts w:ascii="Times New Roman" w:hAnsi="Times New Roman" w:cs="Times New Roman"/>
                <w:color w:val="0070C0"/>
                <w:sz w:val="20"/>
                <w:szCs w:val="20"/>
              </w:rPr>
            </w:pPr>
          </w:p>
        </w:tc>
        <w:tc>
          <w:tcPr>
            <w:tcW w:w="2023" w:type="dxa"/>
            <w:tcBorders>
              <w:left w:val="single" w:sz="4" w:space="0" w:color="auto"/>
              <w:right w:val="nil"/>
            </w:tcBorders>
          </w:tcPr>
          <w:p w14:paraId="7B055AF3" w14:textId="77777777" w:rsidR="00DE72B0" w:rsidRPr="004B73F8" w:rsidRDefault="00DE72B0" w:rsidP="000179E5">
            <w:pPr>
              <w:rPr>
                <w:rFonts w:ascii="Times New Roman" w:hAnsi="Times New Roman" w:cs="Times New Roman"/>
                <w:color w:val="0070C0"/>
                <w:sz w:val="20"/>
                <w:szCs w:val="20"/>
              </w:rPr>
            </w:pPr>
          </w:p>
        </w:tc>
        <w:tc>
          <w:tcPr>
            <w:tcW w:w="1816" w:type="dxa"/>
            <w:tcBorders>
              <w:left w:val="single" w:sz="4" w:space="0" w:color="auto"/>
              <w:right w:val="nil"/>
            </w:tcBorders>
          </w:tcPr>
          <w:p w14:paraId="083D7A9B" w14:textId="77777777" w:rsidR="00DE72B0" w:rsidRPr="004B73F8" w:rsidRDefault="00DE72B0" w:rsidP="000179E5">
            <w:pPr>
              <w:rPr>
                <w:rFonts w:ascii="Times New Roman" w:hAnsi="Times New Roman" w:cs="Times New Roman"/>
                <w:color w:val="0070C0"/>
                <w:sz w:val="20"/>
                <w:szCs w:val="20"/>
              </w:rPr>
            </w:pPr>
          </w:p>
        </w:tc>
      </w:tr>
      <w:tr w:rsidR="00DE72B0" w:rsidRPr="004B73F8" w14:paraId="5E6377D0" w14:textId="399547A7" w:rsidTr="00DE72B0">
        <w:tc>
          <w:tcPr>
            <w:tcW w:w="2743" w:type="dxa"/>
            <w:tcBorders>
              <w:left w:val="nil"/>
              <w:right w:val="single" w:sz="4" w:space="0" w:color="auto"/>
            </w:tcBorders>
          </w:tcPr>
          <w:p w14:paraId="3D55D1B6" w14:textId="3DC3A440" w:rsidR="00DE72B0" w:rsidRPr="004B73F8" w:rsidRDefault="00DE72B0" w:rsidP="000179E5">
            <w:pPr>
              <w:rPr>
                <w:rFonts w:ascii="Times New Roman" w:hAnsi="Times New Roman" w:cs="Times New Roman"/>
                <w:color w:val="0070C0"/>
                <w:sz w:val="20"/>
                <w:szCs w:val="20"/>
              </w:rPr>
            </w:pPr>
          </w:p>
        </w:tc>
        <w:tc>
          <w:tcPr>
            <w:tcW w:w="2274" w:type="dxa"/>
            <w:tcBorders>
              <w:left w:val="single" w:sz="4" w:space="0" w:color="auto"/>
              <w:right w:val="nil"/>
            </w:tcBorders>
          </w:tcPr>
          <w:p w14:paraId="205B01DE" w14:textId="77777777" w:rsidR="00DE72B0" w:rsidRPr="004B73F8" w:rsidRDefault="00DE72B0" w:rsidP="000179E5">
            <w:pPr>
              <w:rPr>
                <w:rFonts w:ascii="Times New Roman" w:hAnsi="Times New Roman" w:cs="Times New Roman"/>
                <w:color w:val="0070C0"/>
                <w:sz w:val="20"/>
                <w:szCs w:val="20"/>
              </w:rPr>
            </w:pPr>
          </w:p>
        </w:tc>
        <w:tc>
          <w:tcPr>
            <w:tcW w:w="2023" w:type="dxa"/>
            <w:tcBorders>
              <w:left w:val="single" w:sz="4" w:space="0" w:color="auto"/>
              <w:right w:val="nil"/>
            </w:tcBorders>
          </w:tcPr>
          <w:p w14:paraId="007A8332" w14:textId="77777777" w:rsidR="00DE72B0" w:rsidRPr="004B73F8" w:rsidRDefault="00DE72B0" w:rsidP="000179E5">
            <w:pPr>
              <w:rPr>
                <w:rFonts w:ascii="Times New Roman" w:hAnsi="Times New Roman" w:cs="Times New Roman"/>
                <w:color w:val="0070C0"/>
                <w:sz w:val="20"/>
                <w:szCs w:val="20"/>
              </w:rPr>
            </w:pPr>
          </w:p>
        </w:tc>
        <w:tc>
          <w:tcPr>
            <w:tcW w:w="1816" w:type="dxa"/>
            <w:tcBorders>
              <w:left w:val="single" w:sz="4" w:space="0" w:color="auto"/>
              <w:right w:val="nil"/>
            </w:tcBorders>
          </w:tcPr>
          <w:p w14:paraId="2EEAA61D" w14:textId="77777777" w:rsidR="00DE72B0" w:rsidRPr="004B73F8" w:rsidRDefault="00DE72B0" w:rsidP="000179E5">
            <w:pPr>
              <w:rPr>
                <w:rFonts w:ascii="Times New Roman" w:hAnsi="Times New Roman" w:cs="Times New Roman"/>
                <w:color w:val="0070C0"/>
                <w:sz w:val="20"/>
                <w:szCs w:val="20"/>
              </w:rPr>
            </w:pPr>
          </w:p>
        </w:tc>
      </w:tr>
    </w:tbl>
    <w:p w14:paraId="0C5EF4FE" w14:textId="2A2810E1" w:rsidR="00705147" w:rsidRPr="004B73F8" w:rsidRDefault="00705147" w:rsidP="004B73F8">
      <w:pPr>
        <w:pStyle w:val="ListParagraph"/>
        <w:numPr>
          <w:ilvl w:val="1"/>
          <w:numId w:val="14"/>
        </w:numPr>
        <w:spacing w:before="100" w:beforeAutospacing="1" w:after="100" w:afterAutospacing="1" w:line="240" w:lineRule="auto"/>
        <w:rPr>
          <w:rFonts w:ascii="Times New Roman" w:eastAsia="Times New Roman" w:hAnsi="Times New Roman" w:cs="Times New Roman"/>
          <w:i/>
          <w:iCs/>
        </w:rPr>
      </w:pPr>
      <w:r w:rsidRPr="004B73F8">
        <w:rPr>
          <w:rFonts w:ascii="Times New Roman" w:eastAsia="Times New Roman" w:hAnsi="Times New Roman" w:cs="Times New Roman"/>
          <w:i/>
          <w:iCs/>
        </w:rPr>
        <w:t>Institutional Review (Response: Table + Narrative)</w:t>
      </w:r>
    </w:p>
    <w:tbl>
      <w:tblPr>
        <w:tblStyle w:val="TableGrid"/>
        <w:tblW w:w="9288" w:type="dxa"/>
        <w:tblLook w:val="04A0" w:firstRow="1" w:lastRow="0" w:firstColumn="1" w:lastColumn="0" w:noHBand="0" w:noVBand="1"/>
      </w:tblPr>
      <w:tblGrid>
        <w:gridCol w:w="2268"/>
        <w:gridCol w:w="2250"/>
        <w:gridCol w:w="2250"/>
        <w:gridCol w:w="2520"/>
      </w:tblGrid>
      <w:tr w:rsidR="00705147" w:rsidRPr="004B73F8" w14:paraId="77CBC12C" w14:textId="5FF57643" w:rsidTr="00705147">
        <w:tc>
          <w:tcPr>
            <w:tcW w:w="2268" w:type="dxa"/>
            <w:tcBorders>
              <w:left w:val="nil"/>
              <w:right w:val="single" w:sz="4" w:space="0" w:color="auto"/>
            </w:tcBorders>
          </w:tcPr>
          <w:p w14:paraId="03285158" w14:textId="78FACFF9" w:rsidR="00705147" w:rsidRPr="004B73F8" w:rsidRDefault="00705147"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Review Activity</w:t>
            </w:r>
          </w:p>
        </w:tc>
        <w:tc>
          <w:tcPr>
            <w:tcW w:w="2250" w:type="dxa"/>
            <w:tcBorders>
              <w:left w:val="single" w:sz="4" w:space="0" w:color="auto"/>
              <w:right w:val="nil"/>
            </w:tcBorders>
          </w:tcPr>
          <w:p w14:paraId="3CC54A9A" w14:textId="24B0F15F" w:rsidR="00705147" w:rsidRPr="004B73F8" w:rsidRDefault="00705147"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Date conducted</w:t>
            </w:r>
          </w:p>
        </w:tc>
        <w:tc>
          <w:tcPr>
            <w:tcW w:w="2250" w:type="dxa"/>
            <w:tcBorders>
              <w:left w:val="single" w:sz="4" w:space="0" w:color="auto"/>
              <w:right w:val="nil"/>
            </w:tcBorders>
          </w:tcPr>
          <w:p w14:paraId="00E78EDA" w14:textId="0361552F" w:rsidR="00705147" w:rsidRPr="004B73F8" w:rsidRDefault="00705147"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Who was involved</w:t>
            </w:r>
          </w:p>
        </w:tc>
        <w:tc>
          <w:tcPr>
            <w:tcW w:w="2520" w:type="dxa"/>
            <w:tcBorders>
              <w:left w:val="single" w:sz="4" w:space="0" w:color="auto"/>
              <w:right w:val="nil"/>
            </w:tcBorders>
          </w:tcPr>
          <w:p w14:paraId="66C6DF66" w14:textId="05F0FE27" w:rsidR="00705147" w:rsidRPr="004B73F8" w:rsidRDefault="00705147"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Outcome/change made</w:t>
            </w:r>
          </w:p>
        </w:tc>
      </w:tr>
      <w:tr w:rsidR="00705147" w:rsidRPr="004B73F8" w14:paraId="517DF729" w14:textId="76753DF1" w:rsidTr="00705147">
        <w:tc>
          <w:tcPr>
            <w:tcW w:w="2268" w:type="dxa"/>
            <w:tcBorders>
              <w:left w:val="nil"/>
              <w:right w:val="single" w:sz="4" w:space="0" w:color="auto"/>
            </w:tcBorders>
          </w:tcPr>
          <w:p w14:paraId="5EBEB3E9" w14:textId="0952CECD" w:rsidR="00705147" w:rsidRPr="004B73F8" w:rsidRDefault="00705147" w:rsidP="000179E5">
            <w:pPr>
              <w:rPr>
                <w:rFonts w:ascii="Times New Roman" w:hAnsi="Times New Roman" w:cs="Times New Roman"/>
                <w:sz w:val="20"/>
                <w:szCs w:val="20"/>
              </w:rPr>
            </w:pPr>
          </w:p>
        </w:tc>
        <w:tc>
          <w:tcPr>
            <w:tcW w:w="2250" w:type="dxa"/>
            <w:tcBorders>
              <w:left w:val="single" w:sz="4" w:space="0" w:color="auto"/>
              <w:right w:val="nil"/>
            </w:tcBorders>
          </w:tcPr>
          <w:p w14:paraId="5508E675" w14:textId="77777777" w:rsidR="00705147" w:rsidRPr="004B73F8" w:rsidRDefault="00705147" w:rsidP="000179E5">
            <w:pPr>
              <w:rPr>
                <w:rFonts w:ascii="Times New Roman" w:hAnsi="Times New Roman" w:cs="Times New Roman"/>
                <w:sz w:val="20"/>
                <w:szCs w:val="20"/>
              </w:rPr>
            </w:pPr>
          </w:p>
        </w:tc>
        <w:tc>
          <w:tcPr>
            <w:tcW w:w="2250" w:type="dxa"/>
            <w:tcBorders>
              <w:left w:val="single" w:sz="4" w:space="0" w:color="auto"/>
              <w:right w:val="nil"/>
            </w:tcBorders>
          </w:tcPr>
          <w:p w14:paraId="5148C705" w14:textId="77777777" w:rsidR="00705147" w:rsidRPr="004B73F8" w:rsidRDefault="00705147" w:rsidP="000179E5">
            <w:pPr>
              <w:rPr>
                <w:rFonts w:ascii="Times New Roman" w:hAnsi="Times New Roman" w:cs="Times New Roman"/>
                <w:sz w:val="20"/>
                <w:szCs w:val="20"/>
              </w:rPr>
            </w:pPr>
          </w:p>
        </w:tc>
        <w:tc>
          <w:tcPr>
            <w:tcW w:w="2520" w:type="dxa"/>
            <w:tcBorders>
              <w:left w:val="single" w:sz="4" w:space="0" w:color="auto"/>
              <w:right w:val="nil"/>
            </w:tcBorders>
          </w:tcPr>
          <w:p w14:paraId="0AD64A5A" w14:textId="77777777" w:rsidR="00705147" w:rsidRPr="004B73F8" w:rsidRDefault="00705147" w:rsidP="000179E5">
            <w:pPr>
              <w:rPr>
                <w:rFonts w:ascii="Times New Roman" w:hAnsi="Times New Roman" w:cs="Times New Roman"/>
                <w:sz w:val="20"/>
                <w:szCs w:val="20"/>
              </w:rPr>
            </w:pPr>
          </w:p>
        </w:tc>
      </w:tr>
      <w:tr w:rsidR="00705147" w:rsidRPr="004B73F8" w14:paraId="36102FC6" w14:textId="59EF25A7" w:rsidTr="00705147">
        <w:tc>
          <w:tcPr>
            <w:tcW w:w="2268" w:type="dxa"/>
            <w:tcBorders>
              <w:left w:val="nil"/>
              <w:right w:val="single" w:sz="4" w:space="0" w:color="auto"/>
            </w:tcBorders>
          </w:tcPr>
          <w:p w14:paraId="687FC5DF" w14:textId="48D43D87" w:rsidR="00705147" w:rsidRPr="004B73F8" w:rsidRDefault="00705147" w:rsidP="000179E5">
            <w:pPr>
              <w:rPr>
                <w:rFonts w:ascii="Times New Roman" w:hAnsi="Times New Roman" w:cs="Times New Roman"/>
                <w:sz w:val="20"/>
                <w:szCs w:val="20"/>
              </w:rPr>
            </w:pPr>
          </w:p>
        </w:tc>
        <w:tc>
          <w:tcPr>
            <w:tcW w:w="2250" w:type="dxa"/>
            <w:tcBorders>
              <w:left w:val="single" w:sz="4" w:space="0" w:color="auto"/>
              <w:right w:val="nil"/>
            </w:tcBorders>
          </w:tcPr>
          <w:p w14:paraId="08D6DE06" w14:textId="77777777" w:rsidR="00705147" w:rsidRPr="004B73F8" w:rsidRDefault="00705147" w:rsidP="000179E5">
            <w:pPr>
              <w:rPr>
                <w:rFonts w:ascii="Times New Roman" w:hAnsi="Times New Roman" w:cs="Times New Roman"/>
                <w:sz w:val="20"/>
                <w:szCs w:val="20"/>
              </w:rPr>
            </w:pPr>
          </w:p>
        </w:tc>
        <w:tc>
          <w:tcPr>
            <w:tcW w:w="2250" w:type="dxa"/>
            <w:tcBorders>
              <w:left w:val="single" w:sz="4" w:space="0" w:color="auto"/>
              <w:right w:val="nil"/>
            </w:tcBorders>
          </w:tcPr>
          <w:p w14:paraId="7BA4DE23" w14:textId="77777777" w:rsidR="00705147" w:rsidRPr="004B73F8" w:rsidRDefault="00705147" w:rsidP="000179E5">
            <w:pPr>
              <w:rPr>
                <w:rFonts w:ascii="Times New Roman" w:hAnsi="Times New Roman" w:cs="Times New Roman"/>
                <w:sz w:val="20"/>
                <w:szCs w:val="20"/>
              </w:rPr>
            </w:pPr>
          </w:p>
        </w:tc>
        <w:tc>
          <w:tcPr>
            <w:tcW w:w="2520" w:type="dxa"/>
            <w:tcBorders>
              <w:left w:val="single" w:sz="4" w:space="0" w:color="auto"/>
              <w:right w:val="nil"/>
            </w:tcBorders>
          </w:tcPr>
          <w:p w14:paraId="46845208" w14:textId="77777777" w:rsidR="00705147" w:rsidRPr="004B73F8" w:rsidRDefault="00705147" w:rsidP="000179E5">
            <w:pPr>
              <w:rPr>
                <w:rFonts w:ascii="Times New Roman" w:hAnsi="Times New Roman" w:cs="Times New Roman"/>
                <w:sz w:val="20"/>
                <w:szCs w:val="20"/>
              </w:rPr>
            </w:pPr>
          </w:p>
        </w:tc>
      </w:tr>
      <w:tr w:rsidR="00705147" w:rsidRPr="004B73F8" w14:paraId="327F4EE5" w14:textId="5D4BD8FE" w:rsidTr="00705147">
        <w:tc>
          <w:tcPr>
            <w:tcW w:w="2268" w:type="dxa"/>
            <w:tcBorders>
              <w:left w:val="nil"/>
              <w:right w:val="single" w:sz="4" w:space="0" w:color="auto"/>
            </w:tcBorders>
          </w:tcPr>
          <w:p w14:paraId="26057D1F" w14:textId="11494095" w:rsidR="00705147" w:rsidRPr="004B73F8" w:rsidRDefault="00705147" w:rsidP="000179E5">
            <w:pPr>
              <w:rPr>
                <w:rFonts w:ascii="Times New Roman" w:hAnsi="Times New Roman" w:cs="Times New Roman"/>
                <w:sz w:val="20"/>
                <w:szCs w:val="20"/>
              </w:rPr>
            </w:pPr>
          </w:p>
        </w:tc>
        <w:tc>
          <w:tcPr>
            <w:tcW w:w="2250" w:type="dxa"/>
            <w:tcBorders>
              <w:left w:val="single" w:sz="4" w:space="0" w:color="auto"/>
              <w:right w:val="nil"/>
            </w:tcBorders>
          </w:tcPr>
          <w:p w14:paraId="3B9DDEF6" w14:textId="77777777" w:rsidR="00705147" w:rsidRPr="004B73F8" w:rsidRDefault="00705147" w:rsidP="000179E5">
            <w:pPr>
              <w:rPr>
                <w:rFonts w:ascii="Times New Roman" w:hAnsi="Times New Roman" w:cs="Times New Roman"/>
                <w:sz w:val="20"/>
                <w:szCs w:val="20"/>
              </w:rPr>
            </w:pPr>
          </w:p>
        </w:tc>
        <w:tc>
          <w:tcPr>
            <w:tcW w:w="2250" w:type="dxa"/>
            <w:tcBorders>
              <w:left w:val="single" w:sz="4" w:space="0" w:color="auto"/>
              <w:right w:val="nil"/>
            </w:tcBorders>
          </w:tcPr>
          <w:p w14:paraId="13D8A312" w14:textId="77777777" w:rsidR="00705147" w:rsidRPr="004B73F8" w:rsidRDefault="00705147" w:rsidP="000179E5">
            <w:pPr>
              <w:rPr>
                <w:rFonts w:ascii="Times New Roman" w:hAnsi="Times New Roman" w:cs="Times New Roman"/>
                <w:sz w:val="20"/>
                <w:szCs w:val="20"/>
              </w:rPr>
            </w:pPr>
          </w:p>
        </w:tc>
        <w:tc>
          <w:tcPr>
            <w:tcW w:w="2520" w:type="dxa"/>
            <w:tcBorders>
              <w:left w:val="single" w:sz="4" w:space="0" w:color="auto"/>
              <w:right w:val="nil"/>
            </w:tcBorders>
          </w:tcPr>
          <w:p w14:paraId="41D06B2E" w14:textId="77777777" w:rsidR="00705147" w:rsidRPr="004B73F8" w:rsidRDefault="00705147" w:rsidP="000179E5">
            <w:pPr>
              <w:rPr>
                <w:rFonts w:ascii="Times New Roman" w:hAnsi="Times New Roman" w:cs="Times New Roman"/>
                <w:sz w:val="20"/>
                <w:szCs w:val="20"/>
              </w:rPr>
            </w:pPr>
          </w:p>
        </w:tc>
      </w:tr>
    </w:tbl>
    <w:p w14:paraId="0AD36AC2" w14:textId="77777777" w:rsidR="00705147" w:rsidRPr="00705147" w:rsidRDefault="00705147" w:rsidP="00705147">
      <w:pPr>
        <w:spacing w:before="100" w:beforeAutospacing="1" w:after="100" w:afterAutospacing="1" w:line="240" w:lineRule="auto"/>
        <w:rPr>
          <w:rFonts w:ascii="Times New Roman" w:eastAsia="Times New Roman" w:hAnsi="Times New Roman" w:cs="Times New Roman"/>
        </w:rPr>
      </w:pPr>
      <w:r w:rsidRPr="00705147">
        <w:rPr>
          <w:rFonts w:ascii="Times New Roman" w:eastAsia="Times New Roman" w:hAnsi="Times New Roman" w:cs="Times New Roman"/>
        </w:rPr>
        <w:t>Add a paragraph summarizing how internal review led to change or improvement.</w:t>
      </w:r>
    </w:p>
    <w:p w14:paraId="6BB33C90" w14:textId="6B9E6516" w:rsidR="00705147" w:rsidRPr="004B73F8" w:rsidRDefault="00705147" w:rsidP="004B73F8">
      <w:pPr>
        <w:pStyle w:val="ListParagraph"/>
        <w:numPr>
          <w:ilvl w:val="1"/>
          <w:numId w:val="14"/>
        </w:numPr>
        <w:spacing w:before="100" w:beforeAutospacing="1" w:after="100" w:afterAutospacing="1" w:line="240" w:lineRule="auto"/>
        <w:rPr>
          <w:rFonts w:ascii="Times New Roman" w:eastAsia="Times New Roman" w:hAnsi="Times New Roman" w:cs="Times New Roman"/>
          <w:i/>
          <w:iCs/>
        </w:rPr>
      </w:pPr>
      <w:r w:rsidRPr="004B73F8">
        <w:rPr>
          <w:rFonts w:ascii="Times New Roman" w:eastAsia="Times New Roman" w:hAnsi="Times New Roman" w:cs="Times New Roman"/>
          <w:i/>
          <w:iCs/>
        </w:rPr>
        <w:t>Financial Accountability (</w:t>
      </w:r>
      <w:r w:rsidR="00AC361F" w:rsidRPr="004B73F8">
        <w:rPr>
          <w:rFonts w:ascii="Times New Roman" w:eastAsia="Times New Roman" w:hAnsi="Times New Roman" w:cs="Times New Roman"/>
          <w:i/>
          <w:iCs/>
        </w:rPr>
        <w:t>Response: Narrative + table +</w:t>
      </w:r>
      <w:r w:rsidRPr="004B73F8">
        <w:rPr>
          <w:rFonts w:ascii="Times New Roman" w:eastAsia="Times New Roman" w:hAnsi="Times New Roman" w:cs="Times New Roman"/>
          <w:i/>
          <w:iCs/>
        </w:rPr>
        <w:t xml:space="preserve"> Attachments)</w:t>
      </w:r>
    </w:p>
    <w:p w14:paraId="0EA9AE8A" w14:textId="2A300B5C" w:rsidR="00AC361F" w:rsidRPr="004B73F8" w:rsidRDefault="00AC361F" w:rsidP="00705147">
      <w:pPr>
        <w:spacing w:before="100" w:beforeAutospacing="1" w:after="100" w:afterAutospacing="1" w:line="240" w:lineRule="auto"/>
        <w:rPr>
          <w:rFonts w:ascii="Times New Roman" w:eastAsia="Times New Roman" w:hAnsi="Times New Roman" w:cs="Times New Roman"/>
        </w:rPr>
      </w:pPr>
      <w:r w:rsidRPr="004B73F8">
        <w:rPr>
          <w:rFonts w:ascii="Times New Roman" w:eastAsia="Times New Roman" w:hAnsi="Times New Roman" w:cs="Times New Roman"/>
        </w:rPr>
        <w:t>Narrative (policy): include</w:t>
      </w:r>
    </w:p>
    <w:p w14:paraId="5FC82486" w14:textId="7969A18C" w:rsidR="00AC361F" w:rsidRPr="004B73F8" w:rsidRDefault="00AC361F" w:rsidP="004B73F8">
      <w:pPr>
        <w:pStyle w:val="ListParagraph"/>
        <w:numPr>
          <w:ilvl w:val="0"/>
          <w:numId w:val="13"/>
        </w:numPr>
        <w:spacing w:before="100" w:beforeAutospacing="1" w:after="100" w:afterAutospacing="1" w:line="240" w:lineRule="auto"/>
        <w:rPr>
          <w:rFonts w:ascii="Times New Roman" w:eastAsia="Times New Roman" w:hAnsi="Times New Roman" w:cs="Times New Roman"/>
          <w:i/>
          <w:iCs/>
          <w:sz w:val="20"/>
          <w:szCs w:val="20"/>
        </w:rPr>
      </w:pPr>
      <w:r w:rsidRPr="004B73F8">
        <w:rPr>
          <w:rFonts w:ascii="Times New Roman" w:eastAsia="Times New Roman" w:hAnsi="Times New Roman" w:cs="Times New Roman"/>
          <w:i/>
          <w:iCs/>
          <w:sz w:val="20"/>
          <w:szCs w:val="20"/>
        </w:rPr>
        <w:t>Who is responsible for financial oversight?</w:t>
      </w:r>
    </w:p>
    <w:p w14:paraId="6EAFA3FD" w14:textId="2237DAFB" w:rsidR="00AC361F" w:rsidRPr="004B73F8" w:rsidRDefault="00AC361F" w:rsidP="004B73F8">
      <w:pPr>
        <w:pStyle w:val="ListParagraph"/>
        <w:numPr>
          <w:ilvl w:val="0"/>
          <w:numId w:val="13"/>
        </w:numPr>
        <w:spacing w:before="100" w:beforeAutospacing="1" w:after="100" w:afterAutospacing="1" w:line="240" w:lineRule="auto"/>
        <w:rPr>
          <w:rFonts w:ascii="Times New Roman" w:eastAsia="Times New Roman" w:hAnsi="Times New Roman" w:cs="Times New Roman"/>
          <w:i/>
          <w:iCs/>
          <w:sz w:val="20"/>
          <w:szCs w:val="20"/>
        </w:rPr>
      </w:pPr>
      <w:r w:rsidRPr="004B73F8">
        <w:rPr>
          <w:rFonts w:ascii="Times New Roman" w:eastAsia="Times New Roman" w:hAnsi="Times New Roman" w:cs="Times New Roman"/>
          <w:i/>
          <w:iCs/>
          <w:sz w:val="20"/>
          <w:szCs w:val="20"/>
        </w:rPr>
        <w:t>How the budget is created and approved</w:t>
      </w:r>
    </w:p>
    <w:p w14:paraId="35A32D5A" w14:textId="0E2B5ECF" w:rsidR="00AC361F" w:rsidRPr="004B73F8" w:rsidRDefault="00AC361F" w:rsidP="004B73F8">
      <w:pPr>
        <w:pStyle w:val="ListParagraph"/>
        <w:numPr>
          <w:ilvl w:val="0"/>
          <w:numId w:val="13"/>
        </w:numPr>
        <w:spacing w:before="100" w:beforeAutospacing="1" w:after="100" w:afterAutospacing="1" w:line="240" w:lineRule="auto"/>
        <w:rPr>
          <w:rFonts w:ascii="Times New Roman" w:eastAsia="Times New Roman" w:hAnsi="Times New Roman" w:cs="Times New Roman"/>
          <w:i/>
          <w:iCs/>
          <w:sz w:val="20"/>
          <w:szCs w:val="20"/>
        </w:rPr>
      </w:pPr>
      <w:r w:rsidRPr="004B73F8">
        <w:rPr>
          <w:rFonts w:ascii="Times New Roman" w:eastAsia="Times New Roman" w:hAnsi="Times New Roman" w:cs="Times New Roman"/>
          <w:i/>
          <w:iCs/>
          <w:sz w:val="20"/>
          <w:szCs w:val="20"/>
        </w:rPr>
        <w:t>How financial reporting is reviewed (Monthly/ Quarterly)</w:t>
      </w:r>
    </w:p>
    <w:p w14:paraId="3CE84EBD" w14:textId="35F8F906" w:rsidR="00AC361F" w:rsidRPr="004B73F8" w:rsidRDefault="00AC361F" w:rsidP="004B73F8">
      <w:pPr>
        <w:pStyle w:val="ListParagraph"/>
        <w:numPr>
          <w:ilvl w:val="0"/>
          <w:numId w:val="13"/>
        </w:numPr>
        <w:spacing w:before="100" w:beforeAutospacing="1" w:after="100" w:afterAutospacing="1" w:line="240" w:lineRule="auto"/>
        <w:rPr>
          <w:rFonts w:ascii="Times New Roman" w:eastAsia="Times New Roman" w:hAnsi="Times New Roman" w:cs="Times New Roman"/>
          <w:i/>
          <w:iCs/>
          <w:sz w:val="20"/>
          <w:szCs w:val="20"/>
        </w:rPr>
      </w:pPr>
      <w:r w:rsidRPr="004B73F8">
        <w:rPr>
          <w:rFonts w:ascii="Times New Roman" w:eastAsia="Times New Roman" w:hAnsi="Times New Roman" w:cs="Times New Roman"/>
          <w:i/>
          <w:iCs/>
          <w:sz w:val="20"/>
          <w:szCs w:val="20"/>
        </w:rPr>
        <w:t xml:space="preserve">Whether the audit is internal or external and how often it is done. </w:t>
      </w:r>
    </w:p>
    <w:p w14:paraId="562740F8" w14:textId="77777777" w:rsidR="00705147" w:rsidRPr="004B73F8" w:rsidRDefault="00705147" w:rsidP="004B73F8">
      <w:pPr>
        <w:numPr>
          <w:ilvl w:val="0"/>
          <w:numId w:val="8"/>
        </w:numPr>
        <w:spacing w:before="100" w:beforeAutospacing="1" w:after="100" w:afterAutospacing="1" w:line="240" w:lineRule="auto"/>
        <w:rPr>
          <w:rFonts w:ascii="Times New Roman" w:eastAsia="Times New Roman" w:hAnsi="Times New Roman" w:cs="Times New Roman"/>
        </w:rPr>
      </w:pPr>
      <w:r w:rsidRPr="00705147">
        <w:rPr>
          <w:rFonts w:ascii="Times New Roman" w:eastAsia="Times New Roman" w:hAnsi="Times New Roman" w:cs="Times New Roman"/>
        </w:rPr>
        <w:t>Financial summary: Budgeted vs. Actual</w:t>
      </w:r>
    </w:p>
    <w:tbl>
      <w:tblPr>
        <w:tblStyle w:val="TableGrid"/>
        <w:tblW w:w="9108" w:type="dxa"/>
        <w:tblLook w:val="04A0" w:firstRow="1" w:lastRow="0" w:firstColumn="1" w:lastColumn="0" w:noHBand="0" w:noVBand="1"/>
      </w:tblPr>
      <w:tblGrid>
        <w:gridCol w:w="3438"/>
        <w:gridCol w:w="1080"/>
        <w:gridCol w:w="1440"/>
        <w:gridCol w:w="1089"/>
        <w:gridCol w:w="2061"/>
      </w:tblGrid>
      <w:tr w:rsidR="00AC361F" w:rsidRPr="004B73F8" w14:paraId="3ACB1C49" w14:textId="2712F68E" w:rsidTr="00AC361F">
        <w:trPr>
          <w:trHeight w:val="229"/>
        </w:trPr>
        <w:tc>
          <w:tcPr>
            <w:tcW w:w="3438" w:type="dxa"/>
            <w:tcBorders>
              <w:left w:val="nil"/>
              <w:right w:val="single" w:sz="4" w:space="0" w:color="auto"/>
            </w:tcBorders>
          </w:tcPr>
          <w:p w14:paraId="6B8A6376" w14:textId="5013FAA5" w:rsidR="00AC361F" w:rsidRPr="004B73F8" w:rsidRDefault="00AC361F"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Category </w:t>
            </w:r>
          </w:p>
        </w:tc>
        <w:tc>
          <w:tcPr>
            <w:tcW w:w="1080" w:type="dxa"/>
            <w:tcBorders>
              <w:left w:val="single" w:sz="4" w:space="0" w:color="auto"/>
              <w:right w:val="nil"/>
            </w:tcBorders>
          </w:tcPr>
          <w:p w14:paraId="3716918A" w14:textId="685693D7" w:rsidR="00AC361F" w:rsidRPr="004B73F8" w:rsidRDefault="00AC361F"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Budgeted (USD)</w:t>
            </w:r>
          </w:p>
        </w:tc>
        <w:tc>
          <w:tcPr>
            <w:tcW w:w="1440" w:type="dxa"/>
            <w:tcBorders>
              <w:left w:val="single" w:sz="4" w:space="0" w:color="auto"/>
              <w:right w:val="nil"/>
            </w:tcBorders>
          </w:tcPr>
          <w:p w14:paraId="77DA35B8" w14:textId="31A95665" w:rsidR="00AC361F" w:rsidRPr="004B73F8" w:rsidRDefault="00AC361F"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Actual (USD)</w:t>
            </w:r>
          </w:p>
        </w:tc>
        <w:tc>
          <w:tcPr>
            <w:tcW w:w="1089" w:type="dxa"/>
            <w:tcBorders>
              <w:left w:val="single" w:sz="4" w:space="0" w:color="auto"/>
              <w:right w:val="nil"/>
            </w:tcBorders>
          </w:tcPr>
          <w:p w14:paraId="094BC4D7" w14:textId="75EB56BA" w:rsidR="00AC361F" w:rsidRPr="004B73F8" w:rsidRDefault="00AC361F"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Variance</w:t>
            </w:r>
          </w:p>
        </w:tc>
        <w:tc>
          <w:tcPr>
            <w:tcW w:w="2061" w:type="dxa"/>
            <w:tcBorders>
              <w:left w:val="single" w:sz="4" w:space="0" w:color="auto"/>
              <w:right w:val="nil"/>
            </w:tcBorders>
          </w:tcPr>
          <w:p w14:paraId="1D897277" w14:textId="0FC1366F" w:rsidR="00AC361F" w:rsidRPr="004B73F8" w:rsidRDefault="00AC361F"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Notes (reason)</w:t>
            </w:r>
          </w:p>
        </w:tc>
      </w:tr>
      <w:tr w:rsidR="004A4051" w:rsidRPr="004B73F8" w14:paraId="1A7D6B19" w14:textId="77777777" w:rsidTr="005D24F5">
        <w:trPr>
          <w:trHeight w:val="188"/>
        </w:trPr>
        <w:tc>
          <w:tcPr>
            <w:tcW w:w="9108" w:type="dxa"/>
            <w:gridSpan w:val="5"/>
            <w:tcBorders>
              <w:left w:val="nil"/>
              <w:right w:val="single" w:sz="4" w:space="0" w:color="auto"/>
            </w:tcBorders>
            <w:shd w:val="clear" w:color="auto" w:fill="DDD9C3" w:themeFill="background2" w:themeFillShade="E6"/>
          </w:tcPr>
          <w:p w14:paraId="7E443A4C" w14:textId="2F18E49F" w:rsidR="004A4051" w:rsidRPr="004A4051" w:rsidRDefault="004A4051" w:rsidP="000179E5">
            <w:pPr>
              <w:rPr>
                <w:rFonts w:ascii="Times New Roman" w:hAnsi="Times New Roman" w:cs="Times New Roman"/>
                <w:b/>
                <w:bCs/>
                <w:sz w:val="20"/>
                <w:szCs w:val="20"/>
              </w:rPr>
            </w:pPr>
            <w:r w:rsidRPr="004A4051">
              <w:rPr>
                <w:rFonts w:ascii="Times New Roman" w:hAnsi="Times New Roman" w:cs="Times New Roman"/>
                <w:b/>
                <w:bCs/>
                <w:sz w:val="20"/>
                <w:szCs w:val="20"/>
              </w:rPr>
              <w:t>Income</w:t>
            </w:r>
          </w:p>
        </w:tc>
      </w:tr>
      <w:tr w:rsidR="004B73F8" w:rsidRPr="004B73F8" w14:paraId="514C1E10" w14:textId="3CF900A5" w:rsidTr="00AC361F">
        <w:trPr>
          <w:trHeight w:val="259"/>
        </w:trPr>
        <w:tc>
          <w:tcPr>
            <w:tcW w:w="3438" w:type="dxa"/>
            <w:tcBorders>
              <w:left w:val="nil"/>
              <w:right w:val="single" w:sz="4" w:space="0" w:color="auto"/>
            </w:tcBorders>
          </w:tcPr>
          <w:p w14:paraId="1D08EE7E" w14:textId="3F2D428F" w:rsidR="00AC361F" w:rsidRPr="004B73F8" w:rsidRDefault="00AC361F" w:rsidP="000179E5">
            <w:pPr>
              <w:rPr>
                <w:rFonts w:ascii="Times New Roman" w:hAnsi="Times New Roman" w:cs="Times New Roman"/>
                <w:sz w:val="20"/>
                <w:szCs w:val="20"/>
              </w:rPr>
            </w:pPr>
            <w:proofErr w:type="spellStart"/>
            <w:r w:rsidRPr="004B73F8">
              <w:rPr>
                <w:rFonts w:ascii="Times New Roman" w:hAnsi="Times New Roman" w:cs="Times New Roman"/>
                <w:sz w:val="20"/>
                <w:szCs w:val="20"/>
              </w:rPr>
              <w:t>Tution</w:t>
            </w:r>
            <w:proofErr w:type="spellEnd"/>
            <w:r w:rsidRPr="004B73F8">
              <w:rPr>
                <w:rFonts w:ascii="Times New Roman" w:hAnsi="Times New Roman" w:cs="Times New Roman"/>
                <w:sz w:val="20"/>
                <w:szCs w:val="20"/>
              </w:rPr>
              <w:t xml:space="preserve"> &amp; fees</w:t>
            </w:r>
          </w:p>
        </w:tc>
        <w:tc>
          <w:tcPr>
            <w:tcW w:w="1080" w:type="dxa"/>
            <w:tcBorders>
              <w:left w:val="single" w:sz="4" w:space="0" w:color="auto"/>
              <w:right w:val="nil"/>
            </w:tcBorders>
          </w:tcPr>
          <w:p w14:paraId="7AB226AB" w14:textId="77777777" w:rsidR="00AC361F" w:rsidRPr="004B73F8" w:rsidRDefault="00AC361F" w:rsidP="000179E5">
            <w:pPr>
              <w:rPr>
                <w:rFonts w:ascii="Times New Roman" w:hAnsi="Times New Roman" w:cs="Times New Roman"/>
                <w:sz w:val="20"/>
                <w:szCs w:val="20"/>
              </w:rPr>
            </w:pPr>
          </w:p>
        </w:tc>
        <w:tc>
          <w:tcPr>
            <w:tcW w:w="1440" w:type="dxa"/>
            <w:tcBorders>
              <w:left w:val="single" w:sz="4" w:space="0" w:color="auto"/>
              <w:right w:val="nil"/>
            </w:tcBorders>
          </w:tcPr>
          <w:p w14:paraId="1F827897" w14:textId="77777777" w:rsidR="00AC361F" w:rsidRPr="004B73F8" w:rsidRDefault="00AC361F" w:rsidP="000179E5">
            <w:pPr>
              <w:rPr>
                <w:rFonts w:ascii="Times New Roman" w:hAnsi="Times New Roman" w:cs="Times New Roman"/>
                <w:sz w:val="20"/>
                <w:szCs w:val="20"/>
              </w:rPr>
            </w:pPr>
          </w:p>
        </w:tc>
        <w:tc>
          <w:tcPr>
            <w:tcW w:w="1089" w:type="dxa"/>
            <w:tcBorders>
              <w:left w:val="single" w:sz="4" w:space="0" w:color="auto"/>
              <w:right w:val="nil"/>
            </w:tcBorders>
          </w:tcPr>
          <w:p w14:paraId="6B59061B" w14:textId="77777777" w:rsidR="00AC361F" w:rsidRPr="004B73F8" w:rsidRDefault="00AC361F" w:rsidP="000179E5">
            <w:pPr>
              <w:rPr>
                <w:rFonts w:ascii="Times New Roman" w:hAnsi="Times New Roman" w:cs="Times New Roman"/>
                <w:sz w:val="20"/>
                <w:szCs w:val="20"/>
              </w:rPr>
            </w:pPr>
          </w:p>
        </w:tc>
        <w:tc>
          <w:tcPr>
            <w:tcW w:w="2061" w:type="dxa"/>
            <w:tcBorders>
              <w:left w:val="single" w:sz="4" w:space="0" w:color="auto"/>
              <w:right w:val="nil"/>
            </w:tcBorders>
          </w:tcPr>
          <w:p w14:paraId="379A835F" w14:textId="77777777" w:rsidR="00AC361F" w:rsidRPr="004B73F8" w:rsidRDefault="00AC361F" w:rsidP="000179E5">
            <w:pPr>
              <w:rPr>
                <w:rFonts w:ascii="Times New Roman" w:hAnsi="Times New Roman" w:cs="Times New Roman"/>
                <w:sz w:val="20"/>
                <w:szCs w:val="20"/>
              </w:rPr>
            </w:pPr>
          </w:p>
        </w:tc>
      </w:tr>
      <w:tr w:rsidR="004B73F8" w:rsidRPr="004B73F8" w14:paraId="3960E459" w14:textId="3DAEADA7" w:rsidTr="00AC361F">
        <w:trPr>
          <w:trHeight w:val="259"/>
        </w:trPr>
        <w:tc>
          <w:tcPr>
            <w:tcW w:w="3438" w:type="dxa"/>
            <w:tcBorders>
              <w:left w:val="nil"/>
              <w:right w:val="single" w:sz="4" w:space="0" w:color="auto"/>
            </w:tcBorders>
          </w:tcPr>
          <w:p w14:paraId="702A2726" w14:textId="429B8845" w:rsidR="00AC361F" w:rsidRPr="004B73F8" w:rsidRDefault="00AC361F" w:rsidP="000179E5">
            <w:pPr>
              <w:rPr>
                <w:rFonts w:ascii="Times New Roman" w:hAnsi="Times New Roman" w:cs="Times New Roman"/>
                <w:sz w:val="20"/>
                <w:szCs w:val="20"/>
              </w:rPr>
            </w:pPr>
            <w:r w:rsidRPr="004B73F8">
              <w:rPr>
                <w:rFonts w:ascii="Times New Roman" w:hAnsi="Times New Roman" w:cs="Times New Roman"/>
                <w:sz w:val="20"/>
                <w:szCs w:val="20"/>
              </w:rPr>
              <w:t>Donations &amp; Grant</w:t>
            </w:r>
          </w:p>
        </w:tc>
        <w:tc>
          <w:tcPr>
            <w:tcW w:w="1080" w:type="dxa"/>
            <w:tcBorders>
              <w:left w:val="single" w:sz="4" w:space="0" w:color="auto"/>
              <w:right w:val="nil"/>
            </w:tcBorders>
          </w:tcPr>
          <w:p w14:paraId="1C2CC6C1" w14:textId="77777777" w:rsidR="00AC361F" w:rsidRPr="004B73F8" w:rsidRDefault="00AC361F" w:rsidP="000179E5">
            <w:pPr>
              <w:rPr>
                <w:rFonts w:ascii="Times New Roman" w:hAnsi="Times New Roman" w:cs="Times New Roman"/>
                <w:sz w:val="20"/>
                <w:szCs w:val="20"/>
              </w:rPr>
            </w:pPr>
          </w:p>
        </w:tc>
        <w:tc>
          <w:tcPr>
            <w:tcW w:w="1440" w:type="dxa"/>
            <w:tcBorders>
              <w:left w:val="single" w:sz="4" w:space="0" w:color="auto"/>
              <w:right w:val="nil"/>
            </w:tcBorders>
          </w:tcPr>
          <w:p w14:paraId="7CD1ADF4" w14:textId="77777777" w:rsidR="00AC361F" w:rsidRPr="004B73F8" w:rsidRDefault="00AC361F" w:rsidP="000179E5">
            <w:pPr>
              <w:rPr>
                <w:rFonts w:ascii="Times New Roman" w:hAnsi="Times New Roman" w:cs="Times New Roman"/>
                <w:sz w:val="20"/>
                <w:szCs w:val="20"/>
              </w:rPr>
            </w:pPr>
          </w:p>
        </w:tc>
        <w:tc>
          <w:tcPr>
            <w:tcW w:w="1089" w:type="dxa"/>
            <w:tcBorders>
              <w:left w:val="single" w:sz="4" w:space="0" w:color="auto"/>
              <w:right w:val="nil"/>
            </w:tcBorders>
          </w:tcPr>
          <w:p w14:paraId="130B73A9" w14:textId="77777777" w:rsidR="00AC361F" w:rsidRPr="004B73F8" w:rsidRDefault="00AC361F" w:rsidP="000179E5">
            <w:pPr>
              <w:rPr>
                <w:rFonts w:ascii="Times New Roman" w:hAnsi="Times New Roman" w:cs="Times New Roman"/>
                <w:sz w:val="20"/>
                <w:szCs w:val="20"/>
              </w:rPr>
            </w:pPr>
          </w:p>
        </w:tc>
        <w:tc>
          <w:tcPr>
            <w:tcW w:w="2061" w:type="dxa"/>
            <w:tcBorders>
              <w:left w:val="single" w:sz="4" w:space="0" w:color="auto"/>
              <w:right w:val="nil"/>
            </w:tcBorders>
          </w:tcPr>
          <w:p w14:paraId="7148A6D9" w14:textId="77777777" w:rsidR="00AC361F" w:rsidRPr="004B73F8" w:rsidRDefault="00AC361F" w:rsidP="000179E5">
            <w:pPr>
              <w:rPr>
                <w:rFonts w:ascii="Times New Roman" w:hAnsi="Times New Roman" w:cs="Times New Roman"/>
                <w:sz w:val="20"/>
                <w:szCs w:val="20"/>
              </w:rPr>
            </w:pPr>
          </w:p>
        </w:tc>
      </w:tr>
      <w:tr w:rsidR="004A4051" w:rsidRPr="004B73F8" w14:paraId="5FCB3FDC" w14:textId="77777777" w:rsidTr="005D24F5">
        <w:trPr>
          <w:trHeight w:val="134"/>
        </w:trPr>
        <w:tc>
          <w:tcPr>
            <w:tcW w:w="9108" w:type="dxa"/>
            <w:gridSpan w:val="5"/>
            <w:tcBorders>
              <w:left w:val="nil"/>
              <w:right w:val="single" w:sz="4" w:space="0" w:color="auto"/>
            </w:tcBorders>
            <w:shd w:val="clear" w:color="auto" w:fill="DDD9C3" w:themeFill="background2" w:themeFillShade="E6"/>
          </w:tcPr>
          <w:p w14:paraId="719798BB" w14:textId="456339A9" w:rsidR="004A4051" w:rsidRPr="004A4051" w:rsidRDefault="004A4051" w:rsidP="000179E5">
            <w:pPr>
              <w:rPr>
                <w:rFonts w:ascii="Times New Roman" w:hAnsi="Times New Roman" w:cs="Times New Roman"/>
                <w:b/>
                <w:bCs/>
                <w:sz w:val="20"/>
                <w:szCs w:val="20"/>
              </w:rPr>
            </w:pPr>
            <w:r w:rsidRPr="004A4051">
              <w:rPr>
                <w:rFonts w:ascii="Times New Roman" w:hAnsi="Times New Roman" w:cs="Times New Roman"/>
                <w:b/>
                <w:bCs/>
                <w:sz w:val="20"/>
                <w:szCs w:val="20"/>
              </w:rPr>
              <w:t xml:space="preserve">Expense </w:t>
            </w:r>
          </w:p>
        </w:tc>
      </w:tr>
      <w:tr w:rsidR="004B73F8" w:rsidRPr="004B73F8" w14:paraId="7792B862" w14:textId="0B35C21B" w:rsidTr="00AC361F">
        <w:trPr>
          <w:trHeight w:val="249"/>
        </w:trPr>
        <w:tc>
          <w:tcPr>
            <w:tcW w:w="3438" w:type="dxa"/>
            <w:tcBorders>
              <w:left w:val="nil"/>
              <w:right w:val="single" w:sz="4" w:space="0" w:color="auto"/>
            </w:tcBorders>
          </w:tcPr>
          <w:p w14:paraId="55250EE3" w14:textId="31BE11C3" w:rsidR="00AC361F" w:rsidRPr="004B73F8" w:rsidRDefault="00AC361F" w:rsidP="000179E5">
            <w:pPr>
              <w:rPr>
                <w:rFonts w:ascii="Times New Roman" w:hAnsi="Times New Roman" w:cs="Times New Roman"/>
                <w:sz w:val="20"/>
                <w:szCs w:val="20"/>
              </w:rPr>
            </w:pPr>
            <w:r w:rsidRPr="004B73F8">
              <w:rPr>
                <w:rFonts w:ascii="Times New Roman" w:hAnsi="Times New Roman" w:cs="Times New Roman"/>
                <w:sz w:val="20"/>
                <w:szCs w:val="20"/>
              </w:rPr>
              <w:lastRenderedPageBreak/>
              <w:t>Salaries &amp; Benefits</w:t>
            </w:r>
          </w:p>
        </w:tc>
        <w:tc>
          <w:tcPr>
            <w:tcW w:w="1080" w:type="dxa"/>
            <w:tcBorders>
              <w:left w:val="single" w:sz="4" w:space="0" w:color="auto"/>
              <w:right w:val="nil"/>
            </w:tcBorders>
          </w:tcPr>
          <w:p w14:paraId="09B8EB2B" w14:textId="77777777" w:rsidR="00AC361F" w:rsidRPr="004B73F8" w:rsidRDefault="00AC361F" w:rsidP="000179E5">
            <w:pPr>
              <w:rPr>
                <w:rFonts w:ascii="Times New Roman" w:hAnsi="Times New Roman" w:cs="Times New Roman"/>
                <w:sz w:val="20"/>
                <w:szCs w:val="20"/>
              </w:rPr>
            </w:pPr>
          </w:p>
        </w:tc>
        <w:tc>
          <w:tcPr>
            <w:tcW w:w="1440" w:type="dxa"/>
            <w:tcBorders>
              <w:left w:val="single" w:sz="4" w:space="0" w:color="auto"/>
              <w:right w:val="nil"/>
            </w:tcBorders>
          </w:tcPr>
          <w:p w14:paraId="162275CA" w14:textId="77777777" w:rsidR="00AC361F" w:rsidRPr="004B73F8" w:rsidRDefault="00AC361F" w:rsidP="000179E5">
            <w:pPr>
              <w:rPr>
                <w:rFonts w:ascii="Times New Roman" w:hAnsi="Times New Roman" w:cs="Times New Roman"/>
                <w:sz w:val="20"/>
                <w:szCs w:val="20"/>
              </w:rPr>
            </w:pPr>
          </w:p>
        </w:tc>
        <w:tc>
          <w:tcPr>
            <w:tcW w:w="1089" w:type="dxa"/>
            <w:tcBorders>
              <w:left w:val="single" w:sz="4" w:space="0" w:color="auto"/>
              <w:right w:val="nil"/>
            </w:tcBorders>
          </w:tcPr>
          <w:p w14:paraId="430D7D75" w14:textId="77777777" w:rsidR="00AC361F" w:rsidRPr="004B73F8" w:rsidRDefault="00AC361F" w:rsidP="000179E5">
            <w:pPr>
              <w:rPr>
                <w:rFonts w:ascii="Times New Roman" w:hAnsi="Times New Roman" w:cs="Times New Roman"/>
                <w:sz w:val="20"/>
                <w:szCs w:val="20"/>
              </w:rPr>
            </w:pPr>
          </w:p>
        </w:tc>
        <w:tc>
          <w:tcPr>
            <w:tcW w:w="2061" w:type="dxa"/>
            <w:tcBorders>
              <w:left w:val="single" w:sz="4" w:space="0" w:color="auto"/>
              <w:right w:val="nil"/>
            </w:tcBorders>
          </w:tcPr>
          <w:p w14:paraId="28642F3F" w14:textId="77777777" w:rsidR="00AC361F" w:rsidRPr="004B73F8" w:rsidRDefault="00AC361F" w:rsidP="000179E5">
            <w:pPr>
              <w:rPr>
                <w:rFonts w:ascii="Times New Roman" w:hAnsi="Times New Roman" w:cs="Times New Roman"/>
                <w:sz w:val="20"/>
                <w:szCs w:val="20"/>
              </w:rPr>
            </w:pPr>
          </w:p>
        </w:tc>
      </w:tr>
      <w:tr w:rsidR="00AC361F" w:rsidRPr="004B73F8" w14:paraId="352BFF6C" w14:textId="77777777" w:rsidTr="00AC361F">
        <w:trPr>
          <w:trHeight w:val="249"/>
        </w:trPr>
        <w:tc>
          <w:tcPr>
            <w:tcW w:w="3438" w:type="dxa"/>
            <w:tcBorders>
              <w:left w:val="nil"/>
              <w:right w:val="single" w:sz="4" w:space="0" w:color="auto"/>
            </w:tcBorders>
          </w:tcPr>
          <w:p w14:paraId="2A26A580" w14:textId="7730393E" w:rsidR="00AC361F" w:rsidRPr="004B73F8" w:rsidRDefault="00AC361F" w:rsidP="000179E5">
            <w:pPr>
              <w:rPr>
                <w:rFonts w:ascii="Times New Roman" w:hAnsi="Times New Roman" w:cs="Times New Roman"/>
                <w:sz w:val="20"/>
                <w:szCs w:val="20"/>
              </w:rPr>
            </w:pPr>
            <w:r w:rsidRPr="004B73F8">
              <w:rPr>
                <w:rFonts w:ascii="Times New Roman" w:hAnsi="Times New Roman" w:cs="Times New Roman"/>
                <w:sz w:val="20"/>
                <w:szCs w:val="20"/>
              </w:rPr>
              <w:t>Operational Expenses</w:t>
            </w:r>
          </w:p>
        </w:tc>
        <w:tc>
          <w:tcPr>
            <w:tcW w:w="1080" w:type="dxa"/>
            <w:tcBorders>
              <w:left w:val="single" w:sz="4" w:space="0" w:color="auto"/>
              <w:right w:val="nil"/>
            </w:tcBorders>
          </w:tcPr>
          <w:p w14:paraId="27A7E290" w14:textId="77777777" w:rsidR="00AC361F" w:rsidRPr="004B73F8" w:rsidRDefault="00AC361F" w:rsidP="000179E5">
            <w:pPr>
              <w:rPr>
                <w:rFonts w:ascii="Times New Roman" w:hAnsi="Times New Roman" w:cs="Times New Roman"/>
                <w:sz w:val="20"/>
                <w:szCs w:val="20"/>
              </w:rPr>
            </w:pPr>
          </w:p>
        </w:tc>
        <w:tc>
          <w:tcPr>
            <w:tcW w:w="1440" w:type="dxa"/>
            <w:tcBorders>
              <w:left w:val="single" w:sz="4" w:space="0" w:color="auto"/>
              <w:right w:val="nil"/>
            </w:tcBorders>
          </w:tcPr>
          <w:p w14:paraId="6EAB7797" w14:textId="77777777" w:rsidR="00AC361F" w:rsidRPr="004B73F8" w:rsidRDefault="00AC361F" w:rsidP="000179E5">
            <w:pPr>
              <w:rPr>
                <w:rFonts w:ascii="Times New Roman" w:hAnsi="Times New Roman" w:cs="Times New Roman"/>
                <w:sz w:val="20"/>
                <w:szCs w:val="20"/>
              </w:rPr>
            </w:pPr>
          </w:p>
        </w:tc>
        <w:tc>
          <w:tcPr>
            <w:tcW w:w="1089" w:type="dxa"/>
            <w:tcBorders>
              <w:left w:val="single" w:sz="4" w:space="0" w:color="auto"/>
              <w:right w:val="nil"/>
            </w:tcBorders>
          </w:tcPr>
          <w:p w14:paraId="4317CE6C" w14:textId="77777777" w:rsidR="00AC361F" w:rsidRPr="004B73F8" w:rsidRDefault="00AC361F" w:rsidP="000179E5">
            <w:pPr>
              <w:rPr>
                <w:rFonts w:ascii="Times New Roman" w:hAnsi="Times New Roman" w:cs="Times New Roman"/>
                <w:sz w:val="20"/>
                <w:szCs w:val="20"/>
              </w:rPr>
            </w:pPr>
          </w:p>
        </w:tc>
        <w:tc>
          <w:tcPr>
            <w:tcW w:w="2061" w:type="dxa"/>
            <w:tcBorders>
              <w:left w:val="single" w:sz="4" w:space="0" w:color="auto"/>
              <w:right w:val="nil"/>
            </w:tcBorders>
          </w:tcPr>
          <w:p w14:paraId="0356D4BD" w14:textId="77777777" w:rsidR="00AC361F" w:rsidRPr="004B73F8" w:rsidRDefault="00AC361F" w:rsidP="000179E5">
            <w:pPr>
              <w:rPr>
                <w:rFonts w:ascii="Times New Roman" w:hAnsi="Times New Roman" w:cs="Times New Roman"/>
                <w:sz w:val="20"/>
                <w:szCs w:val="20"/>
              </w:rPr>
            </w:pPr>
          </w:p>
        </w:tc>
      </w:tr>
      <w:tr w:rsidR="00AC361F" w:rsidRPr="004B73F8" w14:paraId="0FA5FE9C" w14:textId="77777777" w:rsidTr="00AC361F">
        <w:trPr>
          <w:trHeight w:val="249"/>
        </w:trPr>
        <w:tc>
          <w:tcPr>
            <w:tcW w:w="3438" w:type="dxa"/>
            <w:tcBorders>
              <w:left w:val="nil"/>
              <w:right w:val="single" w:sz="4" w:space="0" w:color="auto"/>
            </w:tcBorders>
          </w:tcPr>
          <w:p w14:paraId="0C14F49F" w14:textId="0118BD21" w:rsidR="00AC361F" w:rsidRPr="004B73F8" w:rsidRDefault="00AC361F" w:rsidP="000179E5">
            <w:pPr>
              <w:rPr>
                <w:rFonts w:ascii="Times New Roman" w:hAnsi="Times New Roman" w:cs="Times New Roman"/>
                <w:sz w:val="20"/>
                <w:szCs w:val="20"/>
              </w:rPr>
            </w:pPr>
            <w:r w:rsidRPr="004B73F8">
              <w:rPr>
                <w:rFonts w:ascii="Times New Roman" w:hAnsi="Times New Roman" w:cs="Times New Roman"/>
                <w:sz w:val="20"/>
                <w:szCs w:val="20"/>
              </w:rPr>
              <w:t xml:space="preserve">Library &amp; Resources </w:t>
            </w:r>
          </w:p>
        </w:tc>
        <w:tc>
          <w:tcPr>
            <w:tcW w:w="1080" w:type="dxa"/>
            <w:tcBorders>
              <w:left w:val="single" w:sz="4" w:space="0" w:color="auto"/>
              <w:right w:val="nil"/>
            </w:tcBorders>
          </w:tcPr>
          <w:p w14:paraId="1AF9397A" w14:textId="77777777" w:rsidR="00AC361F" w:rsidRPr="004B73F8" w:rsidRDefault="00AC361F" w:rsidP="000179E5">
            <w:pPr>
              <w:rPr>
                <w:rFonts w:ascii="Times New Roman" w:hAnsi="Times New Roman" w:cs="Times New Roman"/>
                <w:sz w:val="20"/>
                <w:szCs w:val="20"/>
              </w:rPr>
            </w:pPr>
          </w:p>
        </w:tc>
        <w:tc>
          <w:tcPr>
            <w:tcW w:w="1440" w:type="dxa"/>
            <w:tcBorders>
              <w:left w:val="single" w:sz="4" w:space="0" w:color="auto"/>
              <w:right w:val="nil"/>
            </w:tcBorders>
          </w:tcPr>
          <w:p w14:paraId="661EBC42" w14:textId="77777777" w:rsidR="00AC361F" w:rsidRPr="004B73F8" w:rsidRDefault="00AC361F" w:rsidP="000179E5">
            <w:pPr>
              <w:rPr>
                <w:rFonts w:ascii="Times New Roman" w:hAnsi="Times New Roman" w:cs="Times New Roman"/>
                <w:sz w:val="20"/>
                <w:szCs w:val="20"/>
              </w:rPr>
            </w:pPr>
          </w:p>
        </w:tc>
        <w:tc>
          <w:tcPr>
            <w:tcW w:w="1089" w:type="dxa"/>
            <w:tcBorders>
              <w:left w:val="single" w:sz="4" w:space="0" w:color="auto"/>
              <w:right w:val="nil"/>
            </w:tcBorders>
          </w:tcPr>
          <w:p w14:paraId="44291FFF" w14:textId="77777777" w:rsidR="00AC361F" w:rsidRPr="004B73F8" w:rsidRDefault="00AC361F" w:rsidP="000179E5">
            <w:pPr>
              <w:rPr>
                <w:rFonts w:ascii="Times New Roman" w:hAnsi="Times New Roman" w:cs="Times New Roman"/>
                <w:sz w:val="20"/>
                <w:szCs w:val="20"/>
              </w:rPr>
            </w:pPr>
          </w:p>
        </w:tc>
        <w:tc>
          <w:tcPr>
            <w:tcW w:w="2061" w:type="dxa"/>
            <w:tcBorders>
              <w:left w:val="single" w:sz="4" w:space="0" w:color="auto"/>
              <w:right w:val="nil"/>
            </w:tcBorders>
          </w:tcPr>
          <w:p w14:paraId="78BD4250" w14:textId="77777777" w:rsidR="00AC361F" w:rsidRPr="004B73F8" w:rsidRDefault="00AC361F" w:rsidP="000179E5">
            <w:pPr>
              <w:rPr>
                <w:rFonts w:ascii="Times New Roman" w:hAnsi="Times New Roman" w:cs="Times New Roman"/>
                <w:sz w:val="20"/>
                <w:szCs w:val="20"/>
              </w:rPr>
            </w:pPr>
          </w:p>
        </w:tc>
      </w:tr>
      <w:tr w:rsidR="00AC361F" w:rsidRPr="004B73F8" w14:paraId="4095853B" w14:textId="77777777" w:rsidTr="00AC361F">
        <w:trPr>
          <w:trHeight w:val="249"/>
        </w:trPr>
        <w:tc>
          <w:tcPr>
            <w:tcW w:w="3438" w:type="dxa"/>
            <w:tcBorders>
              <w:left w:val="nil"/>
              <w:right w:val="single" w:sz="4" w:space="0" w:color="auto"/>
            </w:tcBorders>
          </w:tcPr>
          <w:p w14:paraId="7A5FEA3F" w14:textId="35553192" w:rsidR="00AC361F" w:rsidRPr="004B73F8" w:rsidRDefault="00AC361F" w:rsidP="000179E5">
            <w:pPr>
              <w:rPr>
                <w:rFonts w:ascii="Times New Roman" w:hAnsi="Times New Roman" w:cs="Times New Roman"/>
                <w:sz w:val="20"/>
                <w:szCs w:val="20"/>
              </w:rPr>
            </w:pPr>
            <w:r w:rsidRPr="004B73F8">
              <w:rPr>
                <w:rFonts w:ascii="Times New Roman" w:hAnsi="Times New Roman" w:cs="Times New Roman"/>
                <w:sz w:val="20"/>
                <w:szCs w:val="20"/>
              </w:rPr>
              <w:t>Capital Improvement/Investment</w:t>
            </w:r>
          </w:p>
        </w:tc>
        <w:tc>
          <w:tcPr>
            <w:tcW w:w="1080" w:type="dxa"/>
            <w:tcBorders>
              <w:left w:val="single" w:sz="4" w:space="0" w:color="auto"/>
              <w:right w:val="nil"/>
            </w:tcBorders>
          </w:tcPr>
          <w:p w14:paraId="4CAA6E5E" w14:textId="77777777" w:rsidR="00AC361F" w:rsidRPr="004B73F8" w:rsidRDefault="00AC361F" w:rsidP="000179E5">
            <w:pPr>
              <w:rPr>
                <w:rFonts w:ascii="Times New Roman" w:hAnsi="Times New Roman" w:cs="Times New Roman"/>
                <w:sz w:val="20"/>
                <w:szCs w:val="20"/>
              </w:rPr>
            </w:pPr>
          </w:p>
        </w:tc>
        <w:tc>
          <w:tcPr>
            <w:tcW w:w="1440" w:type="dxa"/>
            <w:tcBorders>
              <w:left w:val="single" w:sz="4" w:space="0" w:color="auto"/>
              <w:right w:val="nil"/>
            </w:tcBorders>
          </w:tcPr>
          <w:p w14:paraId="4158F32D" w14:textId="77777777" w:rsidR="00AC361F" w:rsidRPr="004B73F8" w:rsidRDefault="00AC361F" w:rsidP="000179E5">
            <w:pPr>
              <w:rPr>
                <w:rFonts w:ascii="Times New Roman" w:hAnsi="Times New Roman" w:cs="Times New Roman"/>
                <w:sz w:val="20"/>
                <w:szCs w:val="20"/>
              </w:rPr>
            </w:pPr>
          </w:p>
        </w:tc>
        <w:tc>
          <w:tcPr>
            <w:tcW w:w="1089" w:type="dxa"/>
            <w:tcBorders>
              <w:left w:val="single" w:sz="4" w:space="0" w:color="auto"/>
              <w:right w:val="nil"/>
            </w:tcBorders>
          </w:tcPr>
          <w:p w14:paraId="0C75D5D3" w14:textId="77777777" w:rsidR="00AC361F" w:rsidRPr="004B73F8" w:rsidRDefault="00AC361F" w:rsidP="000179E5">
            <w:pPr>
              <w:rPr>
                <w:rFonts w:ascii="Times New Roman" w:hAnsi="Times New Roman" w:cs="Times New Roman"/>
                <w:sz w:val="20"/>
                <w:szCs w:val="20"/>
              </w:rPr>
            </w:pPr>
          </w:p>
        </w:tc>
        <w:tc>
          <w:tcPr>
            <w:tcW w:w="2061" w:type="dxa"/>
            <w:tcBorders>
              <w:left w:val="single" w:sz="4" w:space="0" w:color="auto"/>
              <w:right w:val="nil"/>
            </w:tcBorders>
          </w:tcPr>
          <w:p w14:paraId="1F98B647" w14:textId="77777777" w:rsidR="00AC361F" w:rsidRPr="004B73F8" w:rsidRDefault="00AC361F" w:rsidP="000179E5">
            <w:pPr>
              <w:rPr>
                <w:rFonts w:ascii="Times New Roman" w:hAnsi="Times New Roman" w:cs="Times New Roman"/>
                <w:sz w:val="20"/>
                <w:szCs w:val="20"/>
              </w:rPr>
            </w:pPr>
          </w:p>
        </w:tc>
      </w:tr>
      <w:tr w:rsidR="00AC361F" w:rsidRPr="004B73F8" w14:paraId="5EBC479B" w14:textId="77777777" w:rsidTr="00AC361F">
        <w:trPr>
          <w:trHeight w:val="249"/>
        </w:trPr>
        <w:tc>
          <w:tcPr>
            <w:tcW w:w="3438" w:type="dxa"/>
            <w:tcBorders>
              <w:left w:val="nil"/>
              <w:right w:val="single" w:sz="4" w:space="0" w:color="auto"/>
            </w:tcBorders>
          </w:tcPr>
          <w:p w14:paraId="2448429B" w14:textId="568C625E" w:rsidR="00AC361F" w:rsidRPr="004B73F8" w:rsidRDefault="00AC361F" w:rsidP="000179E5">
            <w:pPr>
              <w:rPr>
                <w:rFonts w:ascii="Times New Roman" w:hAnsi="Times New Roman" w:cs="Times New Roman"/>
                <w:sz w:val="20"/>
                <w:szCs w:val="20"/>
              </w:rPr>
            </w:pPr>
            <w:r w:rsidRPr="004B73F8">
              <w:rPr>
                <w:rFonts w:ascii="Times New Roman" w:hAnsi="Times New Roman" w:cs="Times New Roman"/>
                <w:sz w:val="20"/>
                <w:szCs w:val="20"/>
              </w:rPr>
              <w:t xml:space="preserve">Total </w:t>
            </w:r>
          </w:p>
        </w:tc>
        <w:tc>
          <w:tcPr>
            <w:tcW w:w="1080" w:type="dxa"/>
            <w:tcBorders>
              <w:left w:val="single" w:sz="4" w:space="0" w:color="auto"/>
              <w:right w:val="nil"/>
            </w:tcBorders>
          </w:tcPr>
          <w:p w14:paraId="032FF81F" w14:textId="77777777" w:rsidR="00AC361F" w:rsidRPr="004B73F8" w:rsidRDefault="00AC361F" w:rsidP="000179E5">
            <w:pPr>
              <w:rPr>
                <w:rFonts w:ascii="Times New Roman" w:hAnsi="Times New Roman" w:cs="Times New Roman"/>
                <w:sz w:val="20"/>
                <w:szCs w:val="20"/>
              </w:rPr>
            </w:pPr>
          </w:p>
        </w:tc>
        <w:tc>
          <w:tcPr>
            <w:tcW w:w="1440" w:type="dxa"/>
            <w:tcBorders>
              <w:left w:val="single" w:sz="4" w:space="0" w:color="auto"/>
              <w:right w:val="nil"/>
            </w:tcBorders>
          </w:tcPr>
          <w:p w14:paraId="624E7F7F" w14:textId="77777777" w:rsidR="00AC361F" w:rsidRPr="004B73F8" w:rsidRDefault="00AC361F" w:rsidP="000179E5">
            <w:pPr>
              <w:rPr>
                <w:rFonts w:ascii="Times New Roman" w:hAnsi="Times New Roman" w:cs="Times New Roman"/>
                <w:sz w:val="20"/>
                <w:szCs w:val="20"/>
              </w:rPr>
            </w:pPr>
          </w:p>
        </w:tc>
        <w:tc>
          <w:tcPr>
            <w:tcW w:w="1089" w:type="dxa"/>
            <w:tcBorders>
              <w:left w:val="single" w:sz="4" w:space="0" w:color="auto"/>
              <w:right w:val="nil"/>
            </w:tcBorders>
          </w:tcPr>
          <w:p w14:paraId="787E1ADB" w14:textId="77777777" w:rsidR="00AC361F" w:rsidRPr="004B73F8" w:rsidRDefault="00AC361F" w:rsidP="000179E5">
            <w:pPr>
              <w:rPr>
                <w:rFonts w:ascii="Times New Roman" w:hAnsi="Times New Roman" w:cs="Times New Roman"/>
                <w:sz w:val="20"/>
                <w:szCs w:val="20"/>
              </w:rPr>
            </w:pPr>
          </w:p>
        </w:tc>
        <w:tc>
          <w:tcPr>
            <w:tcW w:w="2061" w:type="dxa"/>
            <w:tcBorders>
              <w:left w:val="single" w:sz="4" w:space="0" w:color="auto"/>
              <w:right w:val="nil"/>
            </w:tcBorders>
          </w:tcPr>
          <w:p w14:paraId="18D92DBC" w14:textId="77777777" w:rsidR="00AC361F" w:rsidRPr="004B73F8" w:rsidRDefault="00AC361F" w:rsidP="000179E5">
            <w:pPr>
              <w:rPr>
                <w:rFonts w:ascii="Times New Roman" w:hAnsi="Times New Roman" w:cs="Times New Roman"/>
                <w:sz w:val="20"/>
                <w:szCs w:val="20"/>
              </w:rPr>
            </w:pPr>
          </w:p>
        </w:tc>
      </w:tr>
    </w:tbl>
    <w:p w14:paraId="430B9234" w14:textId="77777777" w:rsidR="00AC361F" w:rsidRPr="00705147" w:rsidRDefault="00AC361F" w:rsidP="00AC361F">
      <w:pPr>
        <w:spacing w:before="100" w:beforeAutospacing="1" w:after="100" w:afterAutospacing="1" w:line="240" w:lineRule="auto"/>
        <w:rPr>
          <w:rFonts w:ascii="Times New Roman" w:eastAsia="Times New Roman" w:hAnsi="Times New Roman" w:cs="Times New Roman"/>
        </w:rPr>
      </w:pPr>
    </w:p>
    <w:p w14:paraId="60453978" w14:textId="098E8505" w:rsidR="00DF3662" w:rsidRPr="00705147" w:rsidRDefault="00705147" w:rsidP="004B73F8">
      <w:pPr>
        <w:numPr>
          <w:ilvl w:val="0"/>
          <w:numId w:val="8"/>
        </w:numPr>
        <w:spacing w:before="100" w:beforeAutospacing="1" w:after="100" w:afterAutospacing="1" w:line="240" w:lineRule="auto"/>
        <w:rPr>
          <w:rFonts w:ascii="Times New Roman" w:eastAsia="Times New Roman" w:hAnsi="Times New Roman" w:cs="Times New Roman"/>
        </w:rPr>
      </w:pPr>
      <w:r w:rsidRPr="00705147">
        <w:rPr>
          <w:rFonts w:ascii="Times New Roman" w:eastAsia="Times New Roman" w:hAnsi="Times New Roman" w:cs="Times New Roman"/>
        </w:rPr>
        <w:t xml:space="preserve">Most recent External Audit Report </w:t>
      </w:r>
      <w:r w:rsidR="008C0EE0" w:rsidRPr="004B73F8">
        <w:rPr>
          <w:rFonts w:ascii="Times New Roman" w:eastAsia="Times New Roman" w:hAnsi="Times New Roman" w:cs="Times New Roman"/>
        </w:rPr>
        <w:t>(</w:t>
      </w:r>
      <w:r w:rsidR="008C0EE0">
        <w:rPr>
          <w:rFonts w:ascii="Times New Roman" w:eastAsia="Times New Roman" w:hAnsi="Times New Roman" w:cs="Times New Roman"/>
        </w:rPr>
        <w:t xml:space="preserve">Please </w:t>
      </w:r>
      <w:r w:rsidR="00AC361F" w:rsidRPr="004B73F8">
        <w:rPr>
          <w:rFonts w:ascii="Times New Roman" w:eastAsia="Times New Roman" w:hAnsi="Times New Roman" w:cs="Times New Roman"/>
        </w:rPr>
        <w:t>Attach</w:t>
      </w:r>
      <w:r w:rsidRPr="00705147">
        <w:rPr>
          <w:rFonts w:ascii="Times New Roman" w:eastAsia="Times New Roman" w:hAnsi="Times New Roman" w:cs="Times New Roman"/>
        </w:rPr>
        <w:t>)</w:t>
      </w:r>
    </w:p>
    <w:p w14:paraId="49B66449" w14:textId="2FB7216A" w:rsidR="00705147" w:rsidRPr="004B73F8" w:rsidRDefault="00705147" w:rsidP="004B73F8">
      <w:pPr>
        <w:pStyle w:val="ListParagraph"/>
        <w:numPr>
          <w:ilvl w:val="1"/>
          <w:numId w:val="14"/>
        </w:numPr>
        <w:spacing w:before="100" w:beforeAutospacing="1" w:after="100" w:afterAutospacing="1" w:line="240" w:lineRule="auto"/>
        <w:rPr>
          <w:rFonts w:ascii="Times New Roman" w:eastAsia="Times New Roman" w:hAnsi="Times New Roman" w:cs="Times New Roman"/>
          <w:i/>
          <w:iCs/>
        </w:rPr>
      </w:pPr>
      <w:r w:rsidRPr="004B73F8">
        <w:rPr>
          <w:rFonts w:ascii="Times New Roman" w:eastAsia="Times New Roman" w:hAnsi="Times New Roman" w:cs="Times New Roman"/>
          <w:i/>
          <w:iCs/>
        </w:rPr>
        <w:t>Funding Source Ratio</w:t>
      </w:r>
      <w:r w:rsidRPr="004B73F8">
        <w:rPr>
          <w:rFonts w:ascii="Times New Roman" w:eastAsia="Times New Roman" w:hAnsi="Times New Roman" w:cs="Times New Roman"/>
        </w:rPr>
        <w:t xml:space="preserve"> </w:t>
      </w:r>
      <w:r w:rsidRPr="004B73F8">
        <w:rPr>
          <w:rFonts w:ascii="Times New Roman" w:eastAsia="Times New Roman" w:hAnsi="Times New Roman" w:cs="Times New Roman"/>
          <w:i/>
          <w:iCs/>
        </w:rPr>
        <w:t>(Response: Table)</w:t>
      </w:r>
    </w:p>
    <w:tbl>
      <w:tblPr>
        <w:tblStyle w:val="TableGrid"/>
        <w:tblW w:w="6768" w:type="dxa"/>
        <w:tblLook w:val="04A0" w:firstRow="1" w:lastRow="0" w:firstColumn="1" w:lastColumn="0" w:noHBand="0" w:noVBand="1"/>
      </w:tblPr>
      <w:tblGrid>
        <w:gridCol w:w="2268"/>
        <w:gridCol w:w="2250"/>
        <w:gridCol w:w="2250"/>
      </w:tblGrid>
      <w:tr w:rsidR="00DF3662" w:rsidRPr="004B73F8" w14:paraId="469EEF40" w14:textId="77777777" w:rsidTr="00DF3662">
        <w:tc>
          <w:tcPr>
            <w:tcW w:w="2268" w:type="dxa"/>
            <w:tcBorders>
              <w:left w:val="nil"/>
              <w:right w:val="single" w:sz="4" w:space="0" w:color="auto"/>
            </w:tcBorders>
          </w:tcPr>
          <w:p w14:paraId="16980431" w14:textId="77777777"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Income Source </w:t>
            </w:r>
          </w:p>
        </w:tc>
        <w:tc>
          <w:tcPr>
            <w:tcW w:w="2250" w:type="dxa"/>
            <w:tcBorders>
              <w:left w:val="single" w:sz="4" w:space="0" w:color="auto"/>
              <w:right w:val="nil"/>
            </w:tcBorders>
          </w:tcPr>
          <w:p w14:paraId="60E596A7" w14:textId="1BC4B659"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Amount (USD)</w:t>
            </w:r>
          </w:p>
        </w:tc>
        <w:tc>
          <w:tcPr>
            <w:tcW w:w="2250" w:type="dxa"/>
            <w:tcBorders>
              <w:left w:val="single" w:sz="4" w:space="0" w:color="auto"/>
              <w:right w:val="nil"/>
            </w:tcBorders>
          </w:tcPr>
          <w:p w14:paraId="62D1701D" w14:textId="6689CE14"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of Total Budget</w:t>
            </w:r>
          </w:p>
        </w:tc>
      </w:tr>
      <w:tr w:rsidR="00DF3662" w:rsidRPr="004B73F8" w14:paraId="0BAAC901" w14:textId="77777777" w:rsidTr="00DF3662">
        <w:tc>
          <w:tcPr>
            <w:tcW w:w="2268" w:type="dxa"/>
            <w:tcBorders>
              <w:left w:val="nil"/>
              <w:right w:val="single" w:sz="4" w:space="0" w:color="auto"/>
            </w:tcBorders>
          </w:tcPr>
          <w:p w14:paraId="5A4D43CA" w14:textId="2323A972" w:rsidR="00DF3662" w:rsidRPr="004B73F8" w:rsidRDefault="00DF3662" w:rsidP="000179E5">
            <w:pPr>
              <w:rPr>
                <w:rFonts w:ascii="Times New Roman" w:hAnsi="Times New Roman" w:cs="Times New Roman"/>
                <w:sz w:val="20"/>
                <w:szCs w:val="20"/>
              </w:rPr>
            </w:pPr>
            <w:r w:rsidRPr="004B73F8">
              <w:rPr>
                <w:rFonts w:ascii="Times New Roman" w:hAnsi="Times New Roman" w:cs="Times New Roman"/>
                <w:sz w:val="20"/>
                <w:szCs w:val="20"/>
              </w:rPr>
              <w:t>Local source</w:t>
            </w:r>
          </w:p>
        </w:tc>
        <w:tc>
          <w:tcPr>
            <w:tcW w:w="2250" w:type="dxa"/>
            <w:tcBorders>
              <w:left w:val="single" w:sz="4" w:space="0" w:color="auto"/>
              <w:right w:val="nil"/>
            </w:tcBorders>
          </w:tcPr>
          <w:p w14:paraId="612E788B" w14:textId="77777777" w:rsidR="00DF3662" w:rsidRPr="004B73F8" w:rsidRDefault="00DF3662" w:rsidP="000179E5">
            <w:pPr>
              <w:rPr>
                <w:rFonts w:ascii="Times New Roman" w:hAnsi="Times New Roman" w:cs="Times New Roman"/>
                <w:sz w:val="20"/>
                <w:szCs w:val="20"/>
              </w:rPr>
            </w:pPr>
          </w:p>
        </w:tc>
        <w:tc>
          <w:tcPr>
            <w:tcW w:w="2250" w:type="dxa"/>
            <w:tcBorders>
              <w:left w:val="single" w:sz="4" w:space="0" w:color="auto"/>
              <w:right w:val="nil"/>
            </w:tcBorders>
          </w:tcPr>
          <w:p w14:paraId="4ED3565F" w14:textId="77777777" w:rsidR="00DF3662" w:rsidRPr="004B73F8" w:rsidRDefault="00DF3662" w:rsidP="000179E5">
            <w:pPr>
              <w:rPr>
                <w:rFonts w:ascii="Times New Roman" w:hAnsi="Times New Roman" w:cs="Times New Roman"/>
                <w:sz w:val="20"/>
                <w:szCs w:val="20"/>
              </w:rPr>
            </w:pPr>
          </w:p>
        </w:tc>
      </w:tr>
      <w:tr w:rsidR="00DF3662" w:rsidRPr="004B73F8" w14:paraId="34140A01" w14:textId="77777777" w:rsidTr="00DF3662">
        <w:tc>
          <w:tcPr>
            <w:tcW w:w="2268" w:type="dxa"/>
            <w:tcBorders>
              <w:left w:val="nil"/>
              <w:right w:val="single" w:sz="4" w:space="0" w:color="auto"/>
            </w:tcBorders>
          </w:tcPr>
          <w:p w14:paraId="31EDD6AC" w14:textId="6C51B1F2" w:rsidR="00DF3662" w:rsidRPr="004B73F8" w:rsidRDefault="00DF3662" w:rsidP="000179E5">
            <w:pPr>
              <w:rPr>
                <w:rFonts w:ascii="Times New Roman" w:hAnsi="Times New Roman" w:cs="Times New Roman"/>
                <w:sz w:val="20"/>
                <w:szCs w:val="20"/>
              </w:rPr>
            </w:pPr>
            <w:r w:rsidRPr="004B73F8">
              <w:rPr>
                <w:rFonts w:ascii="Times New Roman" w:hAnsi="Times New Roman" w:cs="Times New Roman"/>
                <w:sz w:val="20"/>
                <w:szCs w:val="20"/>
              </w:rPr>
              <w:t>International Grants</w:t>
            </w:r>
          </w:p>
        </w:tc>
        <w:tc>
          <w:tcPr>
            <w:tcW w:w="2250" w:type="dxa"/>
            <w:tcBorders>
              <w:left w:val="single" w:sz="4" w:space="0" w:color="auto"/>
              <w:right w:val="nil"/>
            </w:tcBorders>
          </w:tcPr>
          <w:p w14:paraId="0C515DE1" w14:textId="77777777" w:rsidR="00DF3662" w:rsidRPr="004B73F8" w:rsidRDefault="00DF3662" w:rsidP="000179E5">
            <w:pPr>
              <w:rPr>
                <w:rFonts w:ascii="Times New Roman" w:hAnsi="Times New Roman" w:cs="Times New Roman"/>
                <w:sz w:val="20"/>
                <w:szCs w:val="20"/>
              </w:rPr>
            </w:pPr>
          </w:p>
        </w:tc>
        <w:tc>
          <w:tcPr>
            <w:tcW w:w="2250" w:type="dxa"/>
            <w:tcBorders>
              <w:left w:val="single" w:sz="4" w:space="0" w:color="auto"/>
              <w:right w:val="nil"/>
            </w:tcBorders>
          </w:tcPr>
          <w:p w14:paraId="288B289A" w14:textId="77777777" w:rsidR="00DF3662" w:rsidRPr="004B73F8" w:rsidRDefault="00DF3662" w:rsidP="000179E5">
            <w:pPr>
              <w:rPr>
                <w:rFonts w:ascii="Times New Roman" w:hAnsi="Times New Roman" w:cs="Times New Roman"/>
                <w:sz w:val="20"/>
                <w:szCs w:val="20"/>
              </w:rPr>
            </w:pPr>
          </w:p>
        </w:tc>
      </w:tr>
      <w:tr w:rsidR="00DF3662" w:rsidRPr="004B73F8" w14:paraId="0449555D" w14:textId="77777777" w:rsidTr="00DF3662">
        <w:tc>
          <w:tcPr>
            <w:tcW w:w="2268" w:type="dxa"/>
            <w:tcBorders>
              <w:left w:val="nil"/>
              <w:right w:val="single" w:sz="4" w:space="0" w:color="auto"/>
            </w:tcBorders>
          </w:tcPr>
          <w:p w14:paraId="7FD0A964" w14:textId="57DED53D" w:rsidR="00DF3662" w:rsidRPr="004B73F8" w:rsidRDefault="00DF3662" w:rsidP="000179E5">
            <w:pPr>
              <w:rPr>
                <w:rFonts w:ascii="Times New Roman" w:hAnsi="Times New Roman" w:cs="Times New Roman"/>
                <w:sz w:val="20"/>
                <w:szCs w:val="20"/>
              </w:rPr>
            </w:pPr>
            <w:r w:rsidRPr="004B73F8">
              <w:rPr>
                <w:rFonts w:ascii="Times New Roman" w:hAnsi="Times New Roman" w:cs="Times New Roman"/>
                <w:sz w:val="20"/>
                <w:szCs w:val="20"/>
              </w:rPr>
              <w:t>Other (specify)</w:t>
            </w:r>
          </w:p>
        </w:tc>
        <w:tc>
          <w:tcPr>
            <w:tcW w:w="2250" w:type="dxa"/>
            <w:tcBorders>
              <w:left w:val="single" w:sz="4" w:space="0" w:color="auto"/>
              <w:right w:val="nil"/>
            </w:tcBorders>
          </w:tcPr>
          <w:p w14:paraId="02FF6A27" w14:textId="77777777" w:rsidR="00DF3662" w:rsidRPr="004B73F8" w:rsidRDefault="00DF3662" w:rsidP="000179E5">
            <w:pPr>
              <w:rPr>
                <w:rFonts w:ascii="Times New Roman" w:hAnsi="Times New Roman" w:cs="Times New Roman"/>
                <w:sz w:val="20"/>
                <w:szCs w:val="20"/>
              </w:rPr>
            </w:pPr>
          </w:p>
        </w:tc>
        <w:tc>
          <w:tcPr>
            <w:tcW w:w="2250" w:type="dxa"/>
            <w:tcBorders>
              <w:left w:val="single" w:sz="4" w:space="0" w:color="auto"/>
              <w:right w:val="nil"/>
            </w:tcBorders>
          </w:tcPr>
          <w:p w14:paraId="1B98015C" w14:textId="77777777" w:rsidR="00DF3662" w:rsidRPr="004B73F8" w:rsidRDefault="00DF3662" w:rsidP="000179E5">
            <w:pPr>
              <w:rPr>
                <w:rFonts w:ascii="Times New Roman" w:hAnsi="Times New Roman" w:cs="Times New Roman"/>
                <w:sz w:val="20"/>
                <w:szCs w:val="20"/>
              </w:rPr>
            </w:pPr>
          </w:p>
        </w:tc>
      </w:tr>
    </w:tbl>
    <w:p w14:paraId="68DAC48B" w14:textId="77777777" w:rsidR="00705147" w:rsidRPr="004B73F8" w:rsidRDefault="00705147">
      <w:pPr>
        <w:rPr>
          <w:rFonts w:ascii="Times New Roman" w:hAnsi="Times New Roman" w:cs="Times New Roman"/>
        </w:rPr>
      </w:pPr>
    </w:p>
    <w:p w14:paraId="25BECE9F" w14:textId="0E69019D"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Teaching Staff (Standard 2)</w:t>
      </w:r>
    </w:p>
    <w:p w14:paraId="2409693A" w14:textId="6A2C1D70" w:rsidR="007F4094" w:rsidRPr="004B73F8" w:rsidRDefault="00B81ECA">
      <w:pPr>
        <w:rPr>
          <w:rFonts w:ascii="Times New Roman" w:hAnsi="Times New Roman" w:cs="Times New Roman"/>
        </w:rPr>
      </w:pPr>
      <w:r w:rsidRPr="004B73F8">
        <w:rPr>
          <w:rFonts w:ascii="Times New Roman" w:hAnsi="Times New Roman" w:cs="Times New Roman"/>
        </w:rPr>
        <w:t xml:space="preserve">Use tables to list new hires, diversity statistics, and development activities. </w:t>
      </w:r>
    </w:p>
    <w:p w14:paraId="3368F61B" w14:textId="0DEEF48C" w:rsidR="00DF3662" w:rsidRPr="004B73F8" w:rsidRDefault="00DF3662"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Staff Changes (response: Table) </w:t>
      </w:r>
    </w:p>
    <w:tbl>
      <w:tblPr>
        <w:tblStyle w:val="TableGrid"/>
        <w:tblW w:w="8856" w:type="dxa"/>
        <w:tblLook w:val="04A0" w:firstRow="1" w:lastRow="0" w:firstColumn="1" w:lastColumn="0" w:noHBand="0" w:noVBand="1"/>
      </w:tblPr>
      <w:tblGrid>
        <w:gridCol w:w="2243"/>
        <w:gridCol w:w="2213"/>
        <w:gridCol w:w="2212"/>
        <w:gridCol w:w="2188"/>
      </w:tblGrid>
      <w:tr w:rsidR="00DF3662" w:rsidRPr="004B73F8" w14:paraId="724D86E0" w14:textId="16BA2F40" w:rsidTr="00DF3662">
        <w:tc>
          <w:tcPr>
            <w:tcW w:w="2243" w:type="dxa"/>
            <w:tcBorders>
              <w:left w:val="nil"/>
              <w:right w:val="single" w:sz="4" w:space="0" w:color="auto"/>
            </w:tcBorders>
          </w:tcPr>
          <w:p w14:paraId="5C0DDC74" w14:textId="346BFE28"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Name </w:t>
            </w:r>
          </w:p>
        </w:tc>
        <w:tc>
          <w:tcPr>
            <w:tcW w:w="2213" w:type="dxa"/>
            <w:tcBorders>
              <w:left w:val="single" w:sz="4" w:space="0" w:color="auto"/>
              <w:right w:val="nil"/>
            </w:tcBorders>
          </w:tcPr>
          <w:p w14:paraId="1ACF37CB" w14:textId="368D65E4"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Degree(s)</w:t>
            </w:r>
          </w:p>
        </w:tc>
        <w:tc>
          <w:tcPr>
            <w:tcW w:w="2212" w:type="dxa"/>
            <w:tcBorders>
              <w:left w:val="single" w:sz="4" w:space="0" w:color="auto"/>
              <w:right w:val="nil"/>
            </w:tcBorders>
          </w:tcPr>
          <w:p w14:paraId="1A9C1E92" w14:textId="344DF71F"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Area of Teaching </w:t>
            </w:r>
          </w:p>
        </w:tc>
        <w:tc>
          <w:tcPr>
            <w:tcW w:w="2188" w:type="dxa"/>
            <w:tcBorders>
              <w:left w:val="single" w:sz="4" w:space="0" w:color="auto"/>
              <w:right w:val="nil"/>
            </w:tcBorders>
          </w:tcPr>
          <w:p w14:paraId="7FB37673" w14:textId="2DE36106"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Status (New/Resigned)</w:t>
            </w:r>
          </w:p>
        </w:tc>
      </w:tr>
      <w:tr w:rsidR="00DF3662" w:rsidRPr="004B73F8" w14:paraId="4451AA3D" w14:textId="22D40F91" w:rsidTr="00DF3662">
        <w:tc>
          <w:tcPr>
            <w:tcW w:w="2243" w:type="dxa"/>
            <w:tcBorders>
              <w:left w:val="nil"/>
              <w:right w:val="single" w:sz="4" w:space="0" w:color="auto"/>
            </w:tcBorders>
          </w:tcPr>
          <w:p w14:paraId="233C364A" w14:textId="3ACDE73C" w:rsidR="00DF3662" w:rsidRPr="004B73F8" w:rsidRDefault="00DF3662" w:rsidP="000179E5">
            <w:pPr>
              <w:rPr>
                <w:rFonts w:ascii="Times New Roman" w:hAnsi="Times New Roman" w:cs="Times New Roman"/>
                <w:sz w:val="20"/>
                <w:szCs w:val="20"/>
              </w:rPr>
            </w:pPr>
          </w:p>
        </w:tc>
        <w:tc>
          <w:tcPr>
            <w:tcW w:w="2213" w:type="dxa"/>
            <w:tcBorders>
              <w:left w:val="single" w:sz="4" w:space="0" w:color="auto"/>
              <w:right w:val="nil"/>
            </w:tcBorders>
          </w:tcPr>
          <w:p w14:paraId="57FB728C" w14:textId="77777777" w:rsidR="00DF3662" w:rsidRPr="004B73F8" w:rsidRDefault="00DF3662" w:rsidP="000179E5">
            <w:pPr>
              <w:rPr>
                <w:rFonts w:ascii="Times New Roman" w:hAnsi="Times New Roman" w:cs="Times New Roman"/>
                <w:sz w:val="20"/>
                <w:szCs w:val="20"/>
              </w:rPr>
            </w:pPr>
          </w:p>
        </w:tc>
        <w:tc>
          <w:tcPr>
            <w:tcW w:w="2212" w:type="dxa"/>
            <w:tcBorders>
              <w:left w:val="single" w:sz="4" w:space="0" w:color="auto"/>
              <w:right w:val="nil"/>
            </w:tcBorders>
          </w:tcPr>
          <w:p w14:paraId="64665181" w14:textId="77777777" w:rsidR="00DF3662" w:rsidRPr="004B73F8" w:rsidRDefault="00DF3662" w:rsidP="000179E5">
            <w:pPr>
              <w:rPr>
                <w:rFonts w:ascii="Times New Roman" w:hAnsi="Times New Roman" w:cs="Times New Roman"/>
                <w:sz w:val="20"/>
                <w:szCs w:val="20"/>
              </w:rPr>
            </w:pPr>
          </w:p>
        </w:tc>
        <w:tc>
          <w:tcPr>
            <w:tcW w:w="2188" w:type="dxa"/>
            <w:tcBorders>
              <w:left w:val="single" w:sz="4" w:space="0" w:color="auto"/>
              <w:right w:val="nil"/>
            </w:tcBorders>
          </w:tcPr>
          <w:p w14:paraId="3C65F5D5" w14:textId="77777777" w:rsidR="00DF3662" w:rsidRPr="004B73F8" w:rsidRDefault="00DF3662" w:rsidP="000179E5">
            <w:pPr>
              <w:rPr>
                <w:rFonts w:ascii="Times New Roman" w:hAnsi="Times New Roman" w:cs="Times New Roman"/>
                <w:sz w:val="20"/>
                <w:szCs w:val="20"/>
              </w:rPr>
            </w:pPr>
          </w:p>
        </w:tc>
      </w:tr>
      <w:tr w:rsidR="00DF3662" w:rsidRPr="004B73F8" w14:paraId="72FD0E62" w14:textId="2E94C326" w:rsidTr="00DF3662">
        <w:tc>
          <w:tcPr>
            <w:tcW w:w="2243" w:type="dxa"/>
            <w:tcBorders>
              <w:left w:val="nil"/>
              <w:right w:val="single" w:sz="4" w:space="0" w:color="auto"/>
            </w:tcBorders>
          </w:tcPr>
          <w:p w14:paraId="0BFCC0FA" w14:textId="082CC8A2" w:rsidR="00DF3662" w:rsidRPr="004B73F8" w:rsidRDefault="00DF3662" w:rsidP="000179E5">
            <w:pPr>
              <w:rPr>
                <w:rFonts w:ascii="Times New Roman" w:hAnsi="Times New Roman" w:cs="Times New Roman"/>
                <w:sz w:val="20"/>
                <w:szCs w:val="20"/>
              </w:rPr>
            </w:pPr>
          </w:p>
        </w:tc>
        <w:tc>
          <w:tcPr>
            <w:tcW w:w="2213" w:type="dxa"/>
            <w:tcBorders>
              <w:left w:val="single" w:sz="4" w:space="0" w:color="auto"/>
              <w:right w:val="nil"/>
            </w:tcBorders>
          </w:tcPr>
          <w:p w14:paraId="7A83EFFD" w14:textId="77777777" w:rsidR="00DF3662" w:rsidRPr="004B73F8" w:rsidRDefault="00DF3662" w:rsidP="000179E5">
            <w:pPr>
              <w:rPr>
                <w:rFonts w:ascii="Times New Roman" w:hAnsi="Times New Roman" w:cs="Times New Roman"/>
                <w:sz w:val="20"/>
                <w:szCs w:val="20"/>
              </w:rPr>
            </w:pPr>
          </w:p>
        </w:tc>
        <w:tc>
          <w:tcPr>
            <w:tcW w:w="2212" w:type="dxa"/>
            <w:tcBorders>
              <w:left w:val="single" w:sz="4" w:space="0" w:color="auto"/>
              <w:right w:val="nil"/>
            </w:tcBorders>
          </w:tcPr>
          <w:p w14:paraId="329AAD74" w14:textId="77777777" w:rsidR="00DF3662" w:rsidRPr="004B73F8" w:rsidRDefault="00DF3662" w:rsidP="000179E5">
            <w:pPr>
              <w:rPr>
                <w:rFonts w:ascii="Times New Roman" w:hAnsi="Times New Roman" w:cs="Times New Roman"/>
                <w:sz w:val="20"/>
                <w:szCs w:val="20"/>
              </w:rPr>
            </w:pPr>
          </w:p>
        </w:tc>
        <w:tc>
          <w:tcPr>
            <w:tcW w:w="2188" w:type="dxa"/>
            <w:tcBorders>
              <w:left w:val="single" w:sz="4" w:space="0" w:color="auto"/>
              <w:right w:val="nil"/>
            </w:tcBorders>
          </w:tcPr>
          <w:p w14:paraId="1C0F4952" w14:textId="77777777" w:rsidR="00DF3662" w:rsidRPr="004B73F8" w:rsidRDefault="00DF3662" w:rsidP="000179E5">
            <w:pPr>
              <w:rPr>
                <w:rFonts w:ascii="Times New Roman" w:hAnsi="Times New Roman" w:cs="Times New Roman"/>
                <w:sz w:val="20"/>
                <w:szCs w:val="20"/>
              </w:rPr>
            </w:pPr>
          </w:p>
        </w:tc>
      </w:tr>
      <w:tr w:rsidR="00DF3662" w:rsidRPr="004B73F8" w14:paraId="0E8917CD" w14:textId="117C9154" w:rsidTr="00DF3662">
        <w:tc>
          <w:tcPr>
            <w:tcW w:w="2243" w:type="dxa"/>
            <w:tcBorders>
              <w:left w:val="nil"/>
              <w:right w:val="single" w:sz="4" w:space="0" w:color="auto"/>
            </w:tcBorders>
          </w:tcPr>
          <w:p w14:paraId="711DBE3C" w14:textId="3919AE8B" w:rsidR="00DF3662" w:rsidRPr="004B73F8" w:rsidRDefault="00DF3662" w:rsidP="000179E5">
            <w:pPr>
              <w:rPr>
                <w:rFonts w:ascii="Times New Roman" w:hAnsi="Times New Roman" w:cs="Times New Roman"/>
                <w:sz w:val="20"/>
                <w:szCs w:val="20"/>
              </w:rPr>
            </w:pPr>
          </w:p>
        </w:tc>
        <w:tc>
          <w:tcPr>
            <w:tcW w:w="2213" w:type="dxa"/>
            <w:tcBorders>
              <w:left w:val="single" w:sz="4" w:space="0" w:color="auto"/>
              <w:right w:val="nil"/>
            </w:tcBorders>
          </w:tcPr>
          <w:p w14:paraId="1D17EEB9" w14:textId="77777777" w:rsidR="00DF3662" w:rsidRPr="004B73F8" w:rsidRDefault="00DF3662" w:rsidP="000179E5">
            <w:pPr>
              <w:rPr>
                <w:rFonts w:ascii="Times New Roman" w:hAnsi="Times New Roman" w:cs="Times New Roman"/>
                <w:sz w:val="20"/>
                <w:szCs w:val="20"/>
              </w:rPr>
            </w:pPr>
          </w:p>
        </w:tc>
        <w:tc>
          <w:tcPr>
            <w:tcW w:w="2212" w:type="dxa"/>
            <w:tcBorders>
              <w:left w:val="single" w:sz="4" w:space="0" w:color="auto"/>
              <w:right w:val="nil"/>
            </w:tcBorders>
          </w:tcPr>
          <w:p w14:paraId="3A2DEA7A" w14:textId="77777777" w:rsidR="00DF3662" w:rsidRPr="004B73F8" w:rsidRDefault="00DF3662" w:rsidP="000179E5">
            <w:pPr>
              <w:rPr>
                <w:rFonts w:ascii="Times New Roman" w:hAnsi="Times New Roman" w:cs="Times New Roman"/>
                <w:sz w:val="20"/>
                <w:szCs w:val="20"/>
              </w:rPr>
            </w:pPr>
          </w:p>
        </w:tc>
        <w:tc>
          <w:tcPr>
            <w:tcW w:w="2188" w:type="dxa"/>
            <w:tcBorders>
              <w:left w:val="single" w:sz="4" w:space="0" w:color="auto"/>
              <w:right w:val="nil"/>
            </w:tcBorders>
          </w:tcPr>
          <w:p w14:paraId="72E00261" w14:textId="77777777" w:rsidR="00DF3662" w:rsidRPr="004B73F8" w:rsidRDefault="00DF3662" w:rsidP="000179E5">
            <w:pPr>
              <w:rPr>
                <w:rFonts w:ascii="Times New Roman" w:hAnsi="Times New Roman" w:cs="Times New Roman"/>
                <w:sz w:val="20"/>
                <w:szCs w:val="20"/>
              </w:rPr>
            </w:pPr>
          </w:p>
        </w:tc>
      </w:tr>
    </w:tbl>
    <w:p w14:paraId="3CA333FA" w14:textId="513ECE49" w:rsidR="00DF3662" w:rsidRPr="004B73F8" w:rsidRDefault="00DF3662"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Staff Diversity (standard 2e, 2f) (Response: Table)</w:t>
      </w:r>
    </w:p>
    <w:tbl>
      <w:tblPr>
        <w:tblStyle w:val="TableGrid"/>
        <w:tblW w:w="6668" w:type="dxa"/>
        <w:tblLook w:val="04A0" w:firstRow="1" w:lastRow="0" w:firstColumn="1" w:lastColumn="0" w:noHBand="0" w:noVBand="1"/>
      </w:tblPr>
      <w:tblGrid>
        <w:gridCol w:w="2243"/>
        <w:gridCol w:w="2213"/>
        <w:gridCol w:w="2212"/>
      </w:tblGrid>
      <w:tr w:rsidR="00DF3662" w:rsidRPr="004B73F8" w14:paraId="0C66E5B4" w14:textId="77777777" w:rsidTr="00DF3662">
        <w:tc>
          <w:tcPr>
            <w:tcW w:w="2243" w:type="dxa"/>
            <w:tcBorders>
              <w:left w:val="nil"/>
              <w:right w:val="single" w:sz="4" w:space="0" w:color="auto"/>
            </w:tcBorders>
          </w:tcPr>
          <w:p w14:paraId="25BE3CAB" w14:textId="10EF59DB"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Group </w:t>
            </w:r>
          </w:p>
        </w:tc>
        <w:tc>
          <w:tcPr>
            <w:tcW w:w="2213" w:type="dxa"/>
            <w:tcBorders>
              <w:left w:val="single" w:sz="4" w:space="0" w:color="auto"/>
              <w:right w:val="nil"/>
            </w:tcBorders>
          </w:tcPr>
          <w:p w14:paraId="0E2A32DB" w14:textId="27770698"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Total</w:t>
            </w:r>
          </w:p>
        </w:tc>
        <w:tc>
          <w:tcPr>
            <w:tcW w:w="2212" w:type="dxa"/>
            <w:tcBorders>
              <w:left w:val="single" w:sz="4" w:space="0" w:color="auto"/>
              <w:right w:val="nil"/>
            </w:tcBorders>
          </w:tcPr>
          <w:p w14:paraId="03EDC105" w14:textId="27515B05" w:rsidR="00DF3662" w:rsidRPr="004B73F8" w:rsidRDefault="00DF36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of Faculty</w:t>
            </w:r>
          </w:p>
        </w:tc>
      </w:tr>
      <w:tr w:rsidR="00DF3662" w:rsidRPr="004B73F8" w14:paraId="59AB2D6E" w14:textId="77777777" w:rsidTr="00DF3662">
        <w:tc>
          <w:tcPr>
            <w:tcW w:w="2243" w:type="dxa"/>
            <w:tcBorders>
              <w:left w:val="nil"/>
              <w:right w:val="single" w:sz="4" w:space="0" w:color="auto"/>
            </w:tcBorders>
          </w:tcPr>
          <w:p w14:paraId="6286DF70" w14:textId="7283E6A3" w:rsidR="00DF3662" w:rsidRPr="004B73F8" w:rsidRDefault="00DF3662" w:rsidP="000179E5">
            <w:pPr>
              <w:rPr>
                <w:rFonts w:ascii="Times New Roman" w:hAnsi="Times New Roman" w:cs="Times New Roman"/>
                <w:sz w:val="20"/>
                <w:szCs w:val="20"/>
              </w:rPr>
            </w:pPr>
            <w:r w:rsidRPr="004B73F8">
              <w:rPr>
                <w:rFonts w:ascii="Times New Roman" w:hAnsi="Times New Roman" w:cs="Times New Roman"/>
                <w:sz w:val="20"/>
                <w:szCs w:val="20"/>
              </w:rPr>
              <w:t>African Faculty</w:t>
            </w:r>
          </w:p>
        </w:tc>
        <w:tc>
          <w:tcPr>
            <w:tcW w:w="2213" w:type="dxa"/>
            <w:tcBorders>
              <w:left w:val="single" w:sz="4" w:space="0" w:color="auto"/>
              <w:right w:val="nil"/>
            </w:tcBorders>
          </w:tcPr>
          <w:p w14:paraId="6B36BC9A" w14:textId="77777777" w:rsidR="00DF3662" w:rsidRPr="004B73F8" w:rsidRDefault="00DF3662" w:rsidP="000179E5">
            <w:pPr>
              <w:rPr>
                <w:rFonts w:ascii="Times New Roman" w:hAnsi="Times New Roman" w:cs="Times New Roman"/>
                <w:sz w:val="20"/>
                <w:szCs w:val="20"/>
              </w:rPr>
            </w:pPr>
          </w:p>
        </w:tc>
        <w:tc>
          <w:tcPr>
            <w:tcW w:w="2212" w:type="dxa"/>
            <w:tcBorders>
              <w:left w:val="single" w:sz="4" w:space="0" w:color="auto"/>
              <w:right w:val="nil"/>
            </w:tcBorders>
          </w:tcPr>
          <w:p w14:paraId="2DEE55E2" w14:textId="77777777" w:rsidR="00DF3662" w:rsidRPr="004B73F8" w:rsidRDefault="00DF3662" w:rsidP="000179E5">
            <w:pPr>
              <w:rPr>
                <w:rFonts w:ascii="Times New Roman" w:hAnsi="Times New Roman" w:cs="Times New Roman"/>
                <w:sz w:val="20"/>
                <w:szCs w:val="20"/>
              </w:rPr>
            </w:pPr>
          </w:p>
        </w:tc>
      </w:tr>
      <w:tr w:rsidR="00DF3662" w:rsidRPr="004B73F8" w14:paraId="21EFC05E" w14:textId="77777777" w:rsidTr="00DF3662">
        <w:tc>
          <w:tcPr>
            <w:tcW w:w="2243" w:type="dxa"/>
            <w:tcBorders>
              <w:left w:val="nil"/>
              <w:right w:val="single" w:sz="4" w:space="0" w:color="auto"/>
            </w:tcBorders>
          </w:tcPr>
          <w:p w14:paraId="16FAB459" w14:textId="0E547101" w:rsidR="00DF3662" w:rsidRPr="004B73F8" w:rsidRDefault="00DF3662" w:rsidP="000179E5">
            <w:pPr>
              <w:rPr>
                <w:rFonts w:ascii="Times New Roman" w:hAnsi="Times New Roman" w:cs="Times New Roman"/>
                <w:sz w:val="20"/>
                <w:szCs w:val="20"/>
              </w:rPr>
            </w:pPr>
            <w:r w:rsidRPr="004B73F8">
              <w:rPr>
                <w:rFonts w:ascii="Times New Roman" w:hAnsi="Times New Roman" w:cs="Times New Roman"/>
                <w:sz w:val="20"/>
                <w:szCs w:val="20"/>
              </w:rPr>
              <w:t>Fe</w:t>
            </w:r>
            <w:r w:rsidR="00BC0D53" w:rsidRPr="004B73F8">
              <w:rPr>
                <w:rFonts w:ascii="Times New Roman" w:hAnsi="Times New Roman" w:cs="Times New Roman"/>
                <w:sz w:val="20"/>
                <w:szCs w:val="20"/>
              </w:rPr>
              <w:t xml:space="preserve">male Faculty </w:t>
            </w:r>
          </w:p>
        </w:tc>
        <w:tc>
          <w:tcPr>
            <w:tcW w:w="2213" w:type="dxa"/>
            <w:tcBorders>
              <w:left w:val="single" w:sz="4" w:space="0" w:color="auto"/>
              <w:right w:val="nil"/>
            </w:tcBorders>
          </w:tcPr>
          <w:p w14:paraId="2AE57693" w14:textId="77777777" w:rsidR="00DF3662" w:rsidRPr="004B73F8" w:rsidRDefault="00DF3662" w:rsidP="000179E5">
            <w:pPr>
              <w:rPr>
                <w:rFonts w:ascii="Times New Roman" w:hAnsi="Times New Roman" w:cs="Times New Roman"/>
                <w:sz w:val="20"/>
                <w:szCs w:val="20"/>
              </w:rPr>
            </w:pPr>
          </w:p>
        </w:tc>
        <w:tc>
          <w:tcPr>
            <w:tcW w:w="2212" w:type="dxa"/>
            <w:tcBorders>
              <w:left w:val="single" w:sz="4" w:space="0" w:color="auto"/>
              <w:right w:val="nil"/>
            </w:tcBorders>
          </w:tcPr>
          <w:p w14:paraId="4002C0BE" w14:textId="77777777" w:rsidR="00DF3662" w:rsidRPr="004B73F8" w:rsidRDefault="00DF3662" w:rsidP="000179E5">
            <w:pPr>
              <w:rPr>
                <w:rFonts w:ascii="Times New Roman" w:hAnsi="Times New Roman" w:cs="Times New Roman"/>
                <w:sz w:val="20"/>
                <w:szCs w:val="20"/>
              </w:rPr>
            </w:pPr>
          </w:p>
        </w:tc>
      </w:tr>
      <w:tr w:rsidR="00DF3662" w:rsidRPr="004B73F8" w14:paraId="5D6781F4" w14:textId="77777777" w:rsidTr="00DF3662">
        <w:tc>
          <w:tcPr>
            <w:tcW w:w="2243" w:type="dxa"/>
            <w:tcBorders>
              <w:left w:val="nil"/>
              <w:right w:val="single" w:sz="4" w:space="0" w:color="auto"/>
            </w:tcBorders>
          </w:tcPr>
          <w:p w14:paraId="05B3ABDF" w14:textId="2185868C" w:rsidR="00DF3662"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 xml:space="preserve">Ethnic Group </w:t>
            </w:r>
          </w:p>
        </w:tc>
        <w:tc>
          <w:tcPr>
            <w:tcW w:w="2213" w:type="dxa"/>
            <w:tcBorders>
              <w:left w:val="single" w:sz="4" w:space="0" w:color="auto"/>
              <w:right w:val="nil"/>
            </w:tcBorders>
          </w:tcPr>
          <w:p w14:paraId="58D535B2" w14:textId="77777777" w:rsidR="00DF3662" w:rsidRPr="004B73F8" w:rsidRDefault="00DF3662" w:rsidP="000179E5">
            <w:pPr>
              <w:rPr>
                <w:rFonts w:ascii="Times New Roman" w:hAnsi="Times New Roman" w:cs="Times New Roman"/>
                <w:sz w:val="20"/>
                <w:szCs w:val="20"/>
              </w:rPr>
            </w:pPr>
          </w:p>
        </w:tc>
        <w:tc>
          <w:tcPr>
            <w:tcW w:w="2212" w:type="dxa"/>
            <w:tcBorders>
              <w:left w:val="single" w:sz="4" w:space="0" w:color="auto"/>
              <w:right w:val="nil"/>
            </w:tcBorders>
          </w:tcPr>
          <w:p w14:paraId="0679C389" w14:textId="77777777" w:rsidR="00DF3662" w:rsidRPr="004B73F8" w:rsidRDefault="00DF3662" w:rsidP="000179E5">
            <w:pPr>
              <w:rPr>
                <w:rFonts w:ascii="Times New Roman" w:hAnsi="Times New Roman" w:cs="Times New Roman"/>
                <w:sz w:val="20"/>
                <w:szCs w:val="20"/>
              </w:rPr>
            </w:pPr>
          </w:p>
        </w:tc>
      </w:tr>
    </w:tbl>
    <w:p w14:paraId="62F356E2" w14:textId="77777777" w:rsidR="00DF3662" w:rsidRPr="004B73F8" w:rsidRDefault="00DF3662">
      <w:pPr>
        <w:rPr>
          <w:rFonts w:ascii="Times New Roman" w:hAnsi="Times New Roman" w:cs="Times New Roman"/>
        </w:rPr>
      </w:pPr>
    </w:p>
    <w:p w14:paraId="57F389A2" w14:textId="0A218E13" w:rsidR="00BC0D53" w:rsidRPr="004B73F8" w:rsidRDefault="00BC0D53"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Staff Development (response: Table + </w:t>
      </w:r>
      <w:proofErr w:type="spellStart"/>
      <w:r w:rsidRPr="004B73F8">
        <w:rPr>
          <w:rFonts w:ascii="Times New Roman" w:hAnsi="Times New Roman" w:cs="Times New Roman"/>
          <w:i/>
          <w:iCs/>
        </w:rPr>
        <w:t>Attachement</w:t>
      </w:r>
      <w:proofErr w:type="spellEnd"/>
      <w:r w:rsidRPr="004B73F8">
        <w:rPr>
          <w:rFonts w:ascii="Times New Roman" w:hAnsi="Times New Roman" w:cs="Times New Roman"/>
          <w:i/>
          <w:iCs/>
        </w:rPr>
        <w:t>)</w:t>
      </w:r>
    </w:p>
    <w:tbl>
      <w:tblPr>
        <w:tblStyle w:val="TableGrid"/>
        <w:tblW w:w="8856" w:type="dxa"/>
        <w:tblLook w:val="04A0" w:firstRow="1" w:lastRow="0" w:firstColumn="1" w:lastColumn="0" w:noHBand="0" w:noVBand="1"/>
      </w:tblPr>
      <w:tblGrid>
        <w:gridCol w:w="1789"/>
        <w:gridCol w:w="2041"/>
        <w:gridCol w:w="1792"/>
        <w:gridCol w:w="1696"/>
        <w:gridCol w:w="1538"/>
      </w:tblGrid>
      <w:tr w:rsidR="00BC0D53" w:rsidRPr="004B73F8" w14:paraId="58D55E10" w14:textId="0A6824EB" w:rsidTr="00BC0D53">
        <w:tc>
          <w:tcPr>
            <w:tcW w:w="1789" w:type="dxa"/>
            <w:tcBorders>
              <w:left w:val="nil"/>
              <w:right w:val="single" w:sz="4" w:space="0" w:color="auto"/>
            </w:tcBorders>
          </w:tcPr>
          <w:p w14:paraId="091B4230" w14:textId="75560462"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Name </w:t>
            </w:r>
          </w:p>
        </w:tc>
        <w:tc>
          <w:tcPr>
            <w:tcW w:w="2041" w:type="dxa"/>
            <w:tcBorders>
              <w:left w:val="single" w:sz="4" w:space="0" w:color="auto"/>
              <w:right w:val="nil"/>
            </w:tcBorders>
          </w:tcPr>
          <w:p w14:paraId="75C6DE03" w14:textId="7DBE12A7"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Activity/Training</w:t>
            </w:r>
          </w:p>
        </w:tc>
        <w:tc>
          <w:tcPr>
            <w:tcW w:w="1792" w:type="dxa"/>
            <w:tcBorders>
              <w:left w:val="single" w:sz="4" w:space="0" w:color="auto"/>
              <w:right w:val="nil"/>
            </w:tcBorders>
          </w:tcPr>
          <w:p w14:paraId="69400A3B" w14:textId="0584BC28"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Provider </w:t>
            </w:r>
          </w:p>
        </w:tc>
        <w:tc>
          <w:tcPr>
            <w:tcW w:w="1696" w:type="dxa"/>
            <w:tcBorders>
              <w:left w:val="single" w:sz="4" w:space="0" w:color="auto"/>
              <w:right w:val="nil"/>
            </w:tcBorders>
          </w:tcPr>
          <w:p w14:paraId="602C6349" w14:textId="0BE7956B"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Dates</w:t>
            </w:r>
          </w:p>
        </w:tc>
        <w:tc>
          <w:tcPr>
            <w:tcW w:w="1538" w:type="dxa"/>
            <w:tcBorders>
              <w:left w:val="single" w:sz="4" w:space="0" w:color="auto"/>
              <w:right w:val="nil"/>
            </w:tcBorders>
          </w:tcPr>
          <w:p w14:paraId="585D024B" w14:textId="4DB154E4"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Relevance </w:t>
            </w:r>
          </w:p>
        </w:tc>
      </w:tr>
      <w:tr w:rsidR="00BC0D53" w:rsidRPr="004B73F8" w14:paraId="513799FB" w14:textId="032DD68F" w:rsidTr="00BC0D53">
        <w:tc>
          <w:tcPr>
            <w:tcW w:w="1789" w:type="dxa"/>
            <w:tcBorders>
              <w:left w:val="nil"/>
              <w:right w:val="single" w:sz="4" w:space="0" w:color="auto"/>
            </w:tcBorders>
          </w:tcPr>
          <w:p w14:paraId="0C86637B" w14:textId="77777777"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African Faculty</w:t>
            </w:r>
          </w:p>
        </w:tc>
        <w:tc>
          <w:tcPr>
            <w:tcW w:w="2041" w:type="dxa"/>
            <w:tcBorders>
              <w:left w:val="single" w:sz="4" w:space="0" w:color="auto"/>
              <w:right w:val="nil"/>
            </w:tcBorders>
          </w:tcPr>
          <w:p w14:paraId="1AA32D18" w14:textId="77777777" w:rsidR="00BC0D53" w:rsidRPr="004B73F8" w:rsidRDefault="00BC0D53" w:rsidP="000179E5">
            <w:pPr>
              <w:rPr>
                <w:rFonts w:ascii="Times New Roman" w:hAnsi="Times New Roman" w:cs="Times New Roman"/>
                <w:sz w:val="20"/>
                <w:szCs w:val="20"/>
              </w:rPr>
            </w:pPr>
          </w:p>
        </w:tc>
        <w:tc>
          <w:tcPr>
            <w:tcW w:w="1792" w:type="dxa"/>
            <w:tcBorders>
              <w:left w:val="single" w:sz="4" w:space="0" w:color="auto"/>
              <w:right w:val="nil"/>
            </w:tcBorders>
          </w:tcPr>
          <w:p w14:paraId="0105A92B" w14:textId="77777777" w:rsidR="00BC0D53" w:rsidRPr="004B73F8" w:rsidRDefault="00BC0D53" w:rsidP="000179E5">
            <w:pPr>
              <w:rPr>
                <w:rFonts w:ascii="Times New Roman" w:hAnsi="Times New Roman" w:cs="Times New Roman"/>
                <w:sz w:val="20"/>
                <w:szCs w:val="20"/>
              </w:rPr>
            </w:pPr>
          </w:p>
        </w:tc>
        <w:tc>
          <w:tcPr>
            <w:tcW w:w="1696" w:type="dxa"/>
            <w:tcBorders>
              <w:left w:val="single" w:sz="4" w:space="0" w:color="auto"/>
              <w:right w:val="nil"/>
            </w:tcBorders>
          </w:tcPr>
          <w:p w14:paraId="2420E4C1" w14:textId="77777777" w:rsidR="00BC0D53" w:rsidRPr="004B73F8" w:rsidRDefault="00BC0D53" w:rsidP="000179E5">
            <w:pPr>
              <w:rPr>
                <w:rFonts w:ascii="Times New Roman" w:hAnsi="Times New Roman" w:cs="Times New Roman"/>
                <w:sz w:val="20"/>
                <w:szCs w:val="20"/>
              </w:rPr>
            </w:pPr>
          </w:p>
        </w:tc>
        <w:tc>
          <w:tcPr>
            <w:tcW w:w="1538" w:type="dxa"/>
            <w:tcBorders>
              <w:left w:val="single" w:sz="4" w:space="0" w:color="auto"/>
              <w:right w:val="nil"/>
            </w:tcBorders>
          </w:tcPr>
          <w:p w14:paraId="108CE13A" w14:textId="77777777" w:rsidR="00BC0D53" w:rsidRPr="004B73F8" w:rsidRDefault="00BC0D53" w:rsidP="000179E5">
            <w:pPr>
              <w:rPr>
                <w:rFonts w:ascii="Times New Roman" w:hAnsi="Times New Roman" w:cs="Times New Roman"/>
                <w:sz w:val="20"/>
                <w:szCs w:val="20"/>
              </w:rPr>
            </w:pPr>
          </w:p>
        </w:tc>
      </w:tr>
      <w:tr w:rsidR="00BC0D53" w:rsidRPr="004B73F8" w14:paraId="5423BFAE" w14:textId="07A9272C" w:rsidTr="00BC0D53">
        <w:tc>
          <w:tcPr>
            <w:tcW w:w="1789" w:type="dxa"/>
            <w:tcBorders>
              <w:left w:val="nil"/>
              <w:right w:val="single" w:sz="4" w:space="0" w:color="auto"/>
            </w:tcBorders>
          </w:tcPr>
          <w:p w14:paraId="5D1B1756" w14:textId="77777777"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 xml:space="preserve">Female Faculty </w:t>
            </w:r>
          </w:p>
        </w:tc>
        <w:tc>
          <w:tcPr>
            <w:tcW w:w="2041" w:type="dxa"/>
            <w:tcBorders>
              <w:left w:val="single" w:sz="4" w:space="0" w:color="auto"/>
              <w:right w:val="nil"/>
            </w:tcBorders>
          </w:tcPr>
          <w:p w14:paraId="735B2BC9" w14:textId="77777777" w:rsidR="00BC0D53" w:rsidRPr="004B73F8" w:rsidRDefault="00BC0D53" w:rsidP="000179E5">
            <w:pPr>
              <w:rPr>
                <w:rFonts w:ascii="Times New Roman" w:hAnsi="Times New Roman" w:cs="Times New Roman"/>
                <w:sz w:val="20"/>
                <w:szCs w:val="20"/>
              </w:rPr>
            </w:pPr>
          </w:p>
        </w:tc>
        <w:tc>
          <w:tcPr>
            <w:tcW w:w="1792" w:type="dxa"/>
            <w:tcBorders>
              <w:left w:val="single" w:sz="4" w:space="0" w:color="auto"/>
              <w:right w:val="nil"/>
            </w:tcBorders>
          </w:tcPr>
          <w:p w14:paraId="0BABAD4B" w14:textId="77777777" w:rsidR="00BC0D53" w:rsidRPr="004B73F8" w:rsidRDefault="00BC0D53" w:rsidP="000179E5">
            <w:pPr>
              <w:rPr>
                <w:rFonts w:ascii="Times New Roman" w:hAnsi="Times New Roman" w:cs="Times New Roman"/>
                <w:sz w:val="20"/>
                <w:szCs w:val="20"/>
              </w:rPr>
            </w:pPr>
          </w:p>
        </w:tc>
        <w:tc>
          <w:tcPr>
            <w:tcW w:w="1696" w:type="dxa"/>
            <w:tcBorders>
              <w:left w:val="single" w:sz="4" w:space="0" w:color="auto"/>
              <w:right w:val="nil"/>
            </w:tcBorders>
          </w:tcPr>
          <w:p w14:paraId="6AFA42E5" w14:textId="77777777" w:rsidR="00BC0D53" w:rsidRPr="004B73F8" w:rsidRDefault="00BC0D53" w:rsidP="000179E5">
            <w:pPr>
              <w:rPr>
                <w:rFonts w:ascii="Times New Roman" w:hAnsi="Times New Roman" w:cs="Times New Roman"/>
                <w:sz w:val="20"/>
                <w:szCs w:val="20"/>
              </w:rPr>
            </w:pPr>
          </w:p>
        </w:tc>
        <w:tc>
          <w:tcPr>
            <w:tcW w:w="1538" w:type="dxa"/>
            <w:tcBorders>
              <w:left w:val="single" w:sz="4" w:space="0" w:color="auto"/>
              <w:right w:val="nil"/>
            </w:tcBorders>
          </w:tcPr>
          <w:p w14:paraId="7F5076D5" w14:textId="77777777" w:rsidR="00BC0D53" w:rsidRPr="004B73F8" w:rsidRDefault="00BC0D53" w:rsidP="000179E5">
            <w:pPr>
              <w:rPr>
                <w:rFonts w:ascii="Times New Roman" w:hAnsi="Times New Roman" w:cs="Times New Roman"/>
                <w:sz w:val="20"/>
                <w:szCs w:val="20"/>
              </w:rPr>
            </w:pPr>
          </w:p>
        </w:tc>
      </w:tr>
      <w:tr w:rsidR="00BC0D53" w:rsidRPr="004B73F8" w14:paraId="2B279229" w14:textId="4CEBBDE4" w:rsidTr="00BC0D53">
        <w:tc>
          <w:tcPr>
            <w:tcW w:w="1789" w:type="dxa"/>
            <w:tcBorders>
              <w:left w:val="nil"/>
              <w:right w:val="single" w:sz="4" w:space="0" w:color="auto"/>
            </w:tcBorders>
          </w:tcPr>
          <w:p w14:paraId="7A7D6135" w14:textId="77777777"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 xml:space="preserve">Ethnic Group </w:t>
            </w:r>
          </w:p>
        </w:tc>
        <w:tc>
          <w:tcPr>
            <w:tcW w:w="2041" w:type="dxa"/>
            <w:tcBorders>
              <w:left w:val="single" w:sz="4" w:space="0" w:color="auto"/>
              <w:right w:val="nil"/>
            </w:tcBorders>
          </w:tcPr>
          <w:p w14:paraId="370716C8" w14:textId="77777777" w:rsidR="00BC0D53" w:rsidRPr="004B73F8" w:rsidRDefault="00BC0D53" w:rsidP="000179E5">
            <w:pPr>
              <w:rPr>
                <w:rFonts w:ascii="Times New Roman" w:hAnsi="Times New Roman" w:cs="Times New Roman"/>
                <w:sz w:val="20"/>
                <w:szCs w:val="20"/>
              </w:rPr>
            </w:pPr>
          </w:p>
        </w:tc>
        <w:tc>
          <w:tcPr>
            <w:tcW w:w="1792" w:type="dxa"/>
            <w:tcBorders>
              <w:left w:val="single" w:sz="4" w:space="0" w:color="auto"/>
              <w:right w:val="nil"/>
            </w:tcBorders>
          </w:tcPr>
          <w:p w14:paraId="2601B91F" w14:textId="77777777" w:rsidR="00BC0D53" w:rsidRPr="004B73F8" w:rsidRDefault="00BC0D53" w:rsidP="000179E5">
            <w:pPr>
              <w:rPr>
                <w:rFonts w:ascii="Times New Roman" w:hAnsi="Times New Roman" w:cs="Times New Roman"/>
                <w:sz w:val="20"/>
                <w:szCs w:val="20"/>
              </w:rPr>
            </w:pPr>
          </w:p>
        </w:tc>
        <w:tc>
          <w:tcPr>
            <w:tcW w:w="1696" w:type="dxa"/>
            <w:tcBorders>
              <w:left w:val="single" w:sz="4" w:space="0" w:color="auto"/>
              <w:right w:val="nil"/>
            </w:tcBorders>
          </w:tcPr>
          <w:p w14:paraId="7BE14908" w14:textId="77777777" w:rsidR="00BC0D53" w:rsidRPr="004B73F8" w:rsidRDefault="00BC0D53" w:rsidP="000179E5">
            <w:pPr>
              <w:rPr>
                <w:rFonts w:ascii="Times New Roman" w:hAnsi="Times New Roman" w:cs="Times New Roman"/>
                <w:sz w:val="20"/>
                <w:szCs w:val="20"/>
              </w:rPr>
            </w:pPr>
          </w:p>
        </w:tc>
        <w:tc>
          <w:tcPr>
            <w:tcW w:w="1538" w:type="dxa"/>
            <w:tcBorders>
              <w:left w:val="single" w:sz="4" w:space="0" w:color="auto"/>
              <w:right w:val="nil"/>
            </w:tcBorders>
          </w:tcPr>
          <w:p w14:paraId="0AE0BF0E" w14:textId="77777777" w:rsidR="00BC0D53" w:rsidRPr="004B73F8" w:rsidRDefault="00BC0D53" w:rsidP="000179E5">
            <w:pPr>
              <w:rPr>
                <w:rFonts w:ascii="Times New Roman" w:hAnsi="Times New Roman" w:cs="Times New Roman"/>
                <w:sz w:val="20"/>
                <w:szCs w:val="20"/>
              </w:rPr>
            </w:pPr>
          </w:p>
        </w:tc>
      </w:tr>
    </w:tbl>
    <w:p w14:paraId="4C7DC391" w14:textId="780F9579" w:rsidR="00BC0D53" w:rsidRPr="004B73F8" w:rsidRDefault="00BC0D53">
      <w:pPr>
        <w:rPr>
          <w:rFonts w:ascii="Times New Roman" w:hAnsi="Times New Roman" w:cs="Times New Roman"/>
        </w:rPr>
      </w:pPr>
      <w:r w:rsidRPr="004B73F8">
        <w:rPr>
          <w:rFonts w:ascii="Times New Roman" w:hAnsi="Times New Roman" w:cs="Times New Roman"/>
        </w:rPr>
        <w:t xml:space="preserve">Attach schedule of training if available </w:t>
      </w:r>
    </w:p>
    <w:p w14:paraId="04916EE2" w14:textId="57B9A63A" w:rsidR="00BC0D53" w:rsidRPr="004B73F8" w:rsidRDefault="00BC0D53"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 Faculty Qualifications vs. Programs (Response: Table) </w:t>
      </w:r>
    </w:p>
    <w:tbl>
      <w:tblPr>
        <w:tblStyle w:val="TableGrid"/>
        <w:tblW w:w="8568" w:type="dxa"/>
        <w:tblLook w:val="04A0" w:firstRow="1" w:lastRow="0" w:firstColumn="1" w:lastColumn="0" w:noHBand="0" w:noVBand="1"/>
      </w:tblPr>
      <w:tblGrid>
        <w:gridCol w:w="1714"/>
        <w:gridCol w:w="1930"/>
        <w:gridCol w:w="2336"/>
        <w:gridCol w:w="2588"/>
      </w:tblGrid>
      <w:tr w:rsidR="00BC0D53" w:rsidRPr="004B73F8" w14:paraId="24F77A13" w14:textId="77777777" w:rsidTr="00BC0D53">
        <w:tc>
          <w:tcPr>
            <w:tcW w:w="1714" w:type="dxa"/>
            <w:tcBorders>
              <w:left w:val="nil"/>
              <w:right w:val="single" w:sz="4" w:space="0" w:color="auto"/>
            </w:tcBorders>
          </w:tcPr>
          <w:p w14:paraId="6937220E" w14:textId="3D7E5662"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 Taught</w:t>
            </w:r>
          </w:p>
        </w:tc>
        <w:tc>
          <w:tcPr>
            <w:tcW w:w="1930" w:type="dxa"/>
            <w:tcBorders>
              <w:left w:val="single" w:sz="4" w:space="0" w:color="auto"/>
              <w:right w:val="nil"/>
            </w:tcBorders>
          </w:tcPr>
          <w:p w14:paraId="0322552C" w14:textId="50EA24AA"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Faculty Name</w:t>
            </w:r>
          </w:p>
        </w:tc>
        <w:tc>
          <w:tcPr>
            <w:tcW w:w="2336" w:type="dxa"/>
            <w:tcBorders>
              <w:left w:val="single" w:sz="4" w:space="0" w:color="auto"/>
              <w:right w:val="nil"/>
            </w:tcBorders>
          </w:tcPr>
          <w:p w14:paraId="572A238B" w14:textId="69FC0D3B"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Faculty Highest Degree </w:t>
            </w:r>
          </w:p>
        </w:tc>
        <w:tc>
          <w:tcPr>
            <w:tcW w:w="2588" w:type="dxa"/>
            <w:tcBorders>
              <w:left w:val="single" w:sz="4" w:space="0" w:color="auto"/>
              <w:right w:val="nil"/>
            </w:tcBorders>
          </w:tcPr>
          <w:p w14:paraId="06A26BEF" w14:textId="4E9D0895"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Meets ACTEA </w:t>
            </w:r>
            <w:proofErr w:type="gramStart"/>
            <w:r w:rsidRPr="004B73F8">
              <w:rPr>
                <w:rFonts w:ascii="Times New Roman" w:hAnsi="Times New Roman" w:cs="Times New Roman"/>
                <w:b/>
                <w:bCs/>
                <w:color w:val="0070C0"/>
                <w:sz w:val="20"/>
                <w:szCs w:val="20"/>
              </w:rPr>
              <w:t>Requirement  (</w:t>
            </w:r>
            <w:proofErr w:type="gramEnd"/>
            <w:r w:rsidRPr="004B73F8">
              <w:rPr>
                <w:rFonts w:ascii="Times New Roman" w:hAnsi="Times New Roman" w:cs="Times New Roman"/>
                <w:b/>
                <w:bCs/>
                <w:color w:val="0070C0"/>
                <w:sz w:val="20"/>
                <w:szCs w:val="20"/>
              </w:rPr>
              <w:t>Y/N)</w:t>
            </w:r>
          </w:p>
        </w:tc>
      </w:tr>
      <w:tr w:rsidR="00BC0D53" w:rsidRPr="004B73F8" w14:paraId="2BC0E569" w14:textId="77777777" w:rsidTr="00BC0D53">
        <w:tc>
          <w:tcPr>
            <w:tcW w:w="1714" w:type="dxa"/>
            <w:tcBorders>
              <w:left w:val="nil"/>
              <w:right w:val="single" w:sz="4" w:space="0" w:color="auto"/>
            </w:tcBorders>
          </w:tcPr>
          <w:p w14:paraId="4512F48F" w14:textId="5356722A" w:rsidR="00BC0D53" w:rsidRPr="004B73F8" w:rsidRDefault="00BC0D53" w:rsidP="000179E5">
            <w:pPr>
              <w:rPr>
                <w:rFonts w:ascii="Times New Roman" w:hAnsi="Times New Roman" w:cs="Times New Roman"/>
                <w:sz w:val="20"/>
                <w:szCs w:val="20"/>
              </w:rPr>
            </w:pPr>
          </w:p>
        </w:tc>
        <w:tc>
          <w:tcPr>
            <w:tcW w:w="1930" w:type="dxa"/>
            <w:tcBorders>
              <w:left w:val="single" w:sz="4" w:space="0" w:color="auto"/>
              <w:right w:val="nil"/>
            </w:tcBorders>
          </w:tcPr>
          <w:p w14:paraId="033CDAA2" w14:textId="77777777" w:rsidR="00BC0D53" w:rsidRPr="004B73F8" w:rsidRDefault="00BC0D53" w:rsidP="000179E5">
            <w:pPr>
              <w:rPr>
                <w:rFonts w:ascii="Times New Roman" w:hAnsi="Times New Roman" w:cs="Times New Roman"/>
                <w:sz w:val="20"/>
                <w:szCs w:val="20"/>
              </w:rPr>
            </w:pPr>
          </w:p>
        </w:tc>
        <w:tc>
          <w:tcPr>
            <w:tcW w:w="2336" w:type="dxa"/>
            <w:tcBorders>
              <w:left w:val="single" w:sz="4" w:space="0" w:color="auto"/>
              <w:right w:val="nil"/>
            </w:tcBorders>
          </w:tcPr>
          <w:p w14:paraId="509C33AB" w14:textId="77777777" w:rsidR="00BC0D53" w:rsidRPr="004B73F8" w:rsidRDefault="00BC0D53" w:rsidP="000179E5">
            <w:pPr>
              <w:rPr>
                <w:rFonts w:ascii="Times New Roman" w:hAnsi="Times New Roman" w:cs="Times New Roman"/>
                <w:sz w:val="20"/>
                <w:szCs w:val="20"/>
              </w:rPr>
            </w:pPr>
          </w:p>
        </w:tc>
        <w:tc>
          <w:tcPr>
            <w:tcW w:w="2588" w:type="dxa"/>
            <w:tcBorders>
              <w:left w:val="single" w:sz="4" w:space="0" w:color="auto"/>
              <w:right w:val="nil"/>
            </w:tcBorders>
          </w:tcPr>
          <w:p w14:paraId="13771785" w14:textId="77777777" w:rsidR="00BC0D53" w:rsidRPr="004B73F8" w:rsidRDefault="00BC0D53" w:rsidP="000179E5">
            <w:pPr>
              <w:rPr>
                <w:rFonts w:ascii="Times New Roman" w:hAnsi="Times New Roman" w:cs="Times New Roman"/>
                <w:sz w:val="20"/>
                <w:szCs w:val="20"/>
              </w:rPr>
            </w:pPr>
          </w:p>
        </w:tc>
      </w:tr>
      <w:tr w:rsidR="00BC0D53" w:rsidRPr="004B73F8" w14:paraId="5D415F8B" w14:textId="77777777" w:rsidTr="00BC0D53">
        <w:tc>
          <w:tcPr>
            <w:tcW w:w="1714" w:type="dxa"/>
            <w:tcBorders>
              <w:left w:val="nil"/>
              <w:right w:val="single" w:sz="4" w:space="0" w:color="auto"/>
            </w:tcBorders>
          </w:tcPr>
          <w:p w14:paraId="222DB9E0" w14:textId="3666917F" w:rsidR="00BC0D53" w:rsidRPr="004B73F8" w:rsidRDefault="00BC0D53" w:rsidP="000179E5">
            <w:pPr>
              <w:rPr>
                <w:rFonts w:ascii="Times New Roman" w:hAnsi="Times New Roman" w:cs="Times New Roman"/>
                <w:sz w:val="20"/>
                <w:szCs w:val="20"/>
              </w:rPr>
            </w:pPr>
          </w:p>
        </w:tc>
        <w:tc>
          <w:tcPr>
            <w:tcW w:w="1930" w:type="dxa"/>
            <w:tcBorders>
              <w:left w:val="single" w:sz="4" w:space="0" w:color="auto"/>
              <w:right w:val="nil"/>
            </w:tcBorders>
          </w:tcPr>
          <w:p w14:paraId="4F4079DA" w14:textId="77777777" w:rsidR="00BC0D53" w:rsidRPr="004B73F8" w:rsidRDefault="00BC0D53" w:rsidP="000179E5">
            <w:pPr>
              <w:rPr>
                <w:rFonts w:ascii="Times New Roman" w:hAnsi="Times New Roman" w:cs="Times New Roman"/>
                <w:sz w:val="20"/>
                <w:szCs w:val="20"/>
              </w:rPr>
            </w:pPr>
          </w:p>
        </w:tc>
        <w:tc>
          <w:tcPr>
            <w:tcW w:w="2336" w:type="dxa"/>
            <w:tcBorders>
              <w:left w:val="single" w:sz="4" w:space="0" w:color="auto"/>
              <w:right w:val="nil"/>
            </w:tcBorders>
          </w:tcPr>
          <w:p w14:paraId="778F71DD" w14:textId="77777777" w:rsidR="00BC0D53" w:rsidRPr="004B73F8" w:rsidRDefault="00BC0D53" w:rsidP="000179E5">
            <w:pPr>
              <w:rPr>
                <w:rFonts w:ascii="Times New Roman" w:hAnsi="Times New Roman" w:cs="Times New Roman"/>
                <w:sz w:val="20"/>
                <w:szCs w:val="20"/>
              </w:rPr>
            </w:pPr>
          </w:p>
        </w:tc>
        <w:tc>
          <w:tcPr>
            <w:tcW w:w="2588" w:type="dxa"/>
            <w:tcBorders>
              <w:left w:val="single" w:sz="4" w:space="0" w:color="auto"/>
              <w:right w:val="nil"/>
            </w:tcBorders>
          </w:tcPr>
          <w:p w14:paraId="55102B09" w14:textId="77777777" w:rsidR="00BC0D53" w:rsidRPr="004B73F8" w:rsidRDefault="00BC0D53" w:rsidP="000179E5">
            <w:pPr>
              <w:rPr>
                <w:rFonts w:ascii="Times New Roman" w:hAnsi="Times New Roman" w:cs="Times New Roman"/>
                <w:sz w:val="20"/>
                <w:szCs w:val="20"/>
              </w:rPr>
            </w:pPr>
          </w:p>
        </w:tc>
      </w:tr>
      <w:tr w:rsidR="00BC0D53" w:rsidRPr="004B73F8" w14:paraId="0C3EE02D" w14:textId="77777777" w:rsidTr="00BC0D53">
        <w:tc>
          <w:tcPr>
            <w:tcW w:w="1714" w:type="dxa"/>
            <w:tcBorders>
              <w:left w:val="nil"/>
              <w:right w:val="single" w:sz="4" w:space="0" w:color="auto"/>
            </w:tcBorders>
          </w:tcPr>
          <w:p w14:paraId="2FFB45B8" w14:textId="17E87F9E" w:rsidR="00BC0D53" w:rsidRPr="004B73F8" w:rsidRDefault="00BC0D53" w:rsidP="000179E5">
            <w:pPr>
              <w:rPr>
                <w:rFonts w:ascii="Times New Roman" w:hAnsi="Times New Roman" w:cs="Times New Roman"/>
                <w:sz w:val="20"/>
                <w:szCs w:val="20"/>
              </w:rPr>
            </w:pPr>
          </w:p>
        </w:tc>
        <w:tc>
          <w:tcPr>
            <w:tcW w:w="1930" w:type="dxa"/>
            <w:tcBorders>
              <w:left w:val="single" w:sz="4" w:space="0" w:color="auto"/>
              <w:right w:val="nil"/>
            </w:tcBorders>
          </w:tcPr>
          <w:p w14:paraId="55AE5EBD" w14:textId="77777777" w:rsidR="00BC0D53" w:rsidRPr="004B73F8" w:rsidRDefault="00BC0D53" w:rsidP="000179E5">
            <w:pPr>
              <w:rPr>
                <w:rFonts w:ascii="Times New Roman" w:hAnsi="Times New Roman" w:cs="Times New Roman"/>
                <w:sz w:val="20"/>
                <w:szCs w:val="20"/>
              </w:rPr>
            </w:pPr>
          </w:p>
        </w:tc>
        <w:tc>
          <w:tcPr>
            <w:tcW w:w="2336" w:type="dxa"/>
            <w:tcBorders>
              <w:left w:val="single" w:sz="4" w:space="0" w:color="auto"/>
              <w:right w:val="nil"/>
            </w:tcBorders>
          </w:tcPr>
          <w:p w14:paraId="1D7549A9" w14:textId="77777777" w:rsidR="00BC0D53" w:rsidRPr="004B73F8" w:rsidRDefault="00BC0D53" w:rsidP="000179E5">
            <w:pPr>
              <w:rPr>
                <w:rFonts w:ascii="Times New Roman" w:hAnsi="Times New Roman" w:cs="Times New Roman"/>
                <w:sz w:val="20"/>
                <w:szCs w:val="20"/>
              </w:rPr>
            </w:pPr>
          </w:p>
        </w:tc>
        <w:tc>
          <w:tcPr>
            <w:tcW w:w="2588" w:type="dxa"/>
            <w:tcBorders>
              <w:left w:val="single" w:sz="4" w:space="0" w:color="auto"/>
              <w:right w:val="nil"/>
            </w:tcBorders>
          </w:tcPr>
          <w:p w14:paraId="3797996F" w14:textId="77777777" w:rsidR="00BC0D53" w:rsidRPr="004B73F8" w:rsidRDefault="00BC0D53" w:rsidP="000179E5">
            <w:pPr>
              <w:rPr>
                <w:rFonts w:ascii="Times New Roman" w:hAnsi="Times New Roman" w:cs="Times New Roman"/>
                <w:sz w:val="20"/>
                <w:szCs w:val="20"/>
              </w:rPr>
            </w:pPr>
          </w:p>
        </w:tc>
      </w:tr>
    </w:tbl>
    <w:p w14:paraId="3106B414" w14:textId="77777777" w:rsidR="00BC0D53" w:rsidRPr="004B73F8" w:rsidRDefault="00BC0D53">
      <w:pPr>
        <w:rPr>
          <w:rFonts w:ascii="Times New Roman" w:hAnsi="Times New Roman" w:cs="Times New Roman"/>
        </w:rPr>
      </w:pPr>
    </w:p>
    <w:p w14:paraId="1816AA25" w14:textId="5EE96187"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Library and Facilities (Standard 3)</w:t>
      </w:r>
    </w:p>
    <w:p w14:paraId="3889F946" w14:textId="77777777" w:rsidR="007F4094" w:rsidRPr="004B73F8" w:rsidRDefault="00B81ECA">
      <w:pPr>
        <w:rPr>
          <w:rFonts w:ascii="Times New Roman" w:hAnsi="Times New Roman" w:cs="Times New Roman"/>
        </w:rPr>
      </w:pPr>
      <w:r w:rsidRPr="004B73F8">
        <w:rPr>
          <w:rFonts w:ascii="Times New Roman" w:hAnsi="Times New Roman" w:cs="Times New Roman"/>
        </w:rPr>
        <w:t>Use a summary table for holdings and budget. Describe access to digital resources and attach budget calculations as needed.</w:t>
      </w:r>
    </w:p>
    <w:p w14:paraId="0D1E9595" w14:textId="13E8E36B" w:rsidR="00BC0D53" w:rsidRPr="004B73F8" w:rsidRDefault="00BC0D53"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Physical Facility changes (Response: Narrative)</w:t>
      </w:r>
    </w:p>
    <w:p w14:paraId="329882DB" w14:textId="28FAD28D" w:rsidR="00BC0D53" w:rsidRPr="004B73F8" w:rsidRDefault="00BC0D53">
      <w:pPr>
        <w:rPr>
          <w:rFonts w:ascii="Times New Roman" w:hAnsi="Times New Roman" w:cs="Times New Roman"/>
        </w:rPr>
      </w:pPr>
      <w:r w:rsidRPr="004B73F8">
        <w:rPr>
          <w:rFonts w:ascii="Times New Roman" w:hAnsi="Times New Roman" w:cs="Times New Roman"/>
          <w:i/>
          <w:iCs/>
        </w:rPr>
        <w:t xml:space="preserve">(summarize construction, renovation, or IT upgrades, </w:t>
      </w:r>
      <w:proofErr w:type="spellStart"/>
      <w:r w:rsidRPr="004B73F8">
        <w:rPr>
          <w:rFonts w:ascii="Times New Roman" w:hAnsi="Times New Roman" w:cs="Times New Roman"/>
          <w:i/>
          <w:iCs/>
        </w:rPr>
        <w:t>etc</w:t>
      </w:r>
      <w:proofErr w:type="spellEnd"/>
      <w:r w:rsidRPr="004B73F8">
        <w:rPr>
          <w:rFonts w:ascii="Times New Roman" w:hAnsi="Times New Roman" w:cs="Times New Roman"/>
        </w:rPr>
        <w:t>)</w:t>
      </w:r>
    </w:p>
    <w:p w14:paraId="05247C38" w14:textId="0D4DDCBE" w:rsidR="00BC0D53" w:rsidRPr="004B73F8" w:rsidRDefault="00BC0D53"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Library Data (Response: Table)</w:t>
      </w:r>
    </w:p>
    <w:tbl>
      <w:tblPr>
        <w:tblStyle w:val="TableGrid"/>
        <w:tblW w:w="7938" w:type="dxa"/>
        <w:tblLook w:val="04A0" w:firstRow="1" w:lastRow="0" w:firstColumn="1" w:lastColumn="0" w:noHBand="0" w:noVBand="1"/>
      </w:tblPr>
      <w:tblGrid>
        <w:gridCol w:w="5328"/>
        <w:gridCol w:w="2610"/>
      </w:tblGrid>
      <w:tr w:rsidR="00BC0D53" w:rsidRPr="004B73F8" w14:paraId="7DC3D42E" w14:textId="77777777" w:rsidTr="00BC0D53">
        <w:tc>
          <w:tcPr>
            <w:tcW w:w="5328" w:type="dxa"/>
            <w:tcBorders>
              <w:left w:val="nil"/>
              <w:right w:val="single" w:sz="4" w:space="0" w:color="auto"/>
            </w:tcBorders>
          </w:tcPr>
          <w:p w14:paraId="152E4379" w14:textId="7F8256FD"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Item</w:t>
            </w:r>
          </w:p>
        </w:tc>
        <w:tc>
          <w:tcPr>
            <w:tcW w:w="2610" w:type="dxa"/>
            <w:tcBorders>
              <w:left w:val="single" w:sz="4" w:space="0" w:color="auto"/>
              <w:right w:val="nil"/>
            </w:tcBorders>
          </w:tcPr>
          <w:p w14:paraId="2ADF276A" w14:textId="47E0F41B" w:rsidR="00BC0D53" w:rsidRPr="004B73F8" w:rsidRDefault="00BC0D53"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Current Year Total</w:t>
            </w:r>
          </w:p>
        </w:tc>
      </w:tr>
      <w:tr w:rsidR="00BC0D53" w:rsidRPr="004B73F8" w14:paraId="352A39C8" w14:textId="77777777" w:rsidTr="00BC0D53">
        <w:tc>
          <w:tcPr>
            <w:tcW w:w="5328" w:type="dxa"/>
            <w:tcBorders>
              <w:left w:val="nil"/>
              <w:right w:val="single" w:sz="4" w:space="0" w:color="auto"/>
            </w:tcBorders>
          </w:tcPr>
          <w:p w14:paraId="5CAFE098" w14:textId="1AAE6544"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Total Books in Collection (titles, not volumes)</w:t>
            </w:r>
          </w:p>
        </w:tc>
        <w:tc>
          <w:tcPr>
            <w:tcW w:w="2610" w:type="dxa"/>
            <w:tcBorders>
              <w:left w:val="single" w:sz="4" w:space="0" w:color="auto"/>
              <w:right w:val="nil"/>
            </w:tcBorders>
          </w:tcPr>
          <w:p w14:paraId="62481908" w14:textId="77777777" w:rsidR="00BC0D53" w:rsidRPr="004B73F8" w:rsidRDefault="00BC0D53" w:rsidP="000179E5">
            <w:pPr>
              <w:rPr>
                <w:rFonts w:ascii="Times New Roman" w:hAnsi="Times New Roman" w:cs="Times New Roman"/>
                <w:sz w:val="20"/>
                <w:szCs w:val="20"/>
              </w:rPr>
            </w:pPr>
          </w:p>
        </w:tc>
      </w:tr>
      <w:tr w:rsidR="00BC0D53" w:rsidRPr="004B73F8" w14:paraId="14709C73" w14:textId="77777777" w:rsidTr="00BC0D53">
        <w:tc>
          <w:tcPr>
            <w:tcW w:w="5328" w:type="dxa"/>
            <w:tcBorders>
              <w:left w:val="nil"/>
              <w:right w:val="single" w:sz="4" w:space="0" w:color="auto"/>
            </w:tcBorders>
          </w:tcPr>
          <w:p w14:paraId="2FF78207" w14:textId="7CA5A9B5"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 xml:space="preserve">New Books Added This year </w:t>
            </w:r>
          </w:p>
        </w:tc>
        <w:tc>
          <w:tcPr>
            <w:tcW w:w="2610" w:type="dxa"/>
            <w:tcBorders>
              <w:left w:val="single" w:sz="4" w:space="0" w:color="auto"/>
              <w:right w:val="nil"/>
            </w:tcBorders>
          </w:tcPr>
          <w:p w14:paraId="45440E40" w14:textId="77777777" w:rsidR="00BC0D53" w:rsidRPr="004B73F8" w:rsidRDefault="00BC0D53" w:rsidP="000179E5">
            <w:pPr>
              <w:rPr>
                <w:rFonts w:ascii="Times New Roman" w:hAnsi="Times New Roman" w:cs="Times New Roman"/>
                <w:sz w:val="20"/>
                <w:szCs w:val="20"/>
              </w:rPr>
            </w:pPr>
          </w:p>
        </w:tc>
      </w:tr>
      <w:tr w:rsidR="00BC0D53" w:rsidRPr="004B73F8" w14:paraId="117976DB" w14:textId="77777777" w:rsidTr="00BC0D53">
        <w:tc>
          <w:tcPr>
            <w:tcW w:w="5328" w:type="dxa"/>
            <w:tcBorders>
              <w:left w:val="nil"/>
              <w:right w:val="single" w:sz="4" w:space="0" w:color="auto"/>
            </w:tcBorders>
          </w:tcPr>
          <w:p w14:paraId="3F2E9569" w14:textId="259D1ABA"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Total Journal Subscription</w:t>
            </w:r>
            <w:r w:rsidR="00EC5705">
              <w:rPr>
                <w:rFonts w:ascii="Times New Roman" w:hAnsi="Times New Roman" w:cs="Times New Roman"/>
                <w:sz w:val="20"/>
                <w:szCs w:val="20"/>
              </w:rPr>
              <w:t>s</w:t>
            </w:r>
            <w:r w:rsidRPr="004B73F8">
              <w:rPr>
                <w:rFonts w:ascii="Times New Roman" w:hAnsi="Times New Roman" w:cs="Times New Roman"/>
                <w:sz w:val="20"/>
                <w:szCs w:val="20"/>
              </w:rPr>
              <w:t xml:space="preserve"> </w:t>
            </w:r>
          </w:p>
        </w:tc>
        <w:tc>
          <w:tcPr>
            <w:tcW w:w="2610" w:type="dxa"/>
            <w:tcBorders>
              <w:left w:val="single" w:sz="4" w:space="0" w:color="auto"/>
              <w:right w:val="nil"/>
            </w:tcBorders>
          </w:tcPr>
          <w:p w14:paraId="7926A85F" w14:textId="77777777" w:rsidR="00BC0D53" w:rsidRPr="004B73F8" w:rsidRDefault="00BC0D53" w:rsidP="000179E5">
            <w:pPr>
              <w:rPr>
                <w:rFonts w:ascii="Times New Roman" w:hAnsi="Times New Roman" w:cs="Times New Roman"/>
                <w:sz w:val="20"/>
                <w:szCs w:val="20"/>
              </w:rPr>
            </w:pPr>
          </w:p>
        </w:tc>
      </w:tr>
      <w:tr w:rsidR="00BC0D53" w:rsidRPr="004B73F8" w14:paraId="256EE445" w14:textId="77777777" w:rsidTr="00BC0D53">
        <w:tc>
          <w:tcPr>
            <w:tcW w:w="5328" w:type="dxa"/>
            <w:tcBorders>
              <w:left w:val="nil"/>
              <w:right w:val="single" w:sz="4" w:space="0" w:color="auto"/>
            </w:tcBorders>
          </w:tcPr>
          <w:p w14:paraId="7047B1E5" w14:textId="62E22E29"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Digital Subscriptions</w:t>
            </w:r>
          </w:p>
        </w:tc>
        <w:tc>
          <w:tcPr>
            <w:tcW w:w="2610" w:type="dxa"/>
            <w:tcBorders>
              <w:left w:val="single" w:sz="4" w:space="0" w:color="auto"/>
              <w:right w:val="nil"/>
            </w:tcBorders>
          </w:tcPr>
          <w:p w14:paraId="098098B4" w14:textId="77777777" w:rsidR="00BC0D53" w:rsidRPr="004B73F8" w:rsidRDefault="00BC0D53" w:rsidP="000179E5">
            <w:pPr>
              <w:rPr>
                <w:rFonts w:ascii="Times New Roman" w:hAnsi="Times New Roman" w:cs="Times New Roman"/>
                <w:sz w:val="20"/>
                <w:szCs w:val="20"/>
              </w:rPr>
            </w:pPr>
          </w:p>
        </w:tc>
      </w:tr>
      <w:tr w:rsidR="00BC0D53" w:rsidRPr="004B73F8" w14:paraId="02BF80ED" w14:textId="77777777" w:rsidTr="00BC0D53">
        <w:tc>
          <w:tcPr>
            <w:tcW w:w="5328" w:type="dxa"/>
            <w:tcBorders>
              <w:left w:val="nil"/>
              <w:right w:val="single" w:sz="4" w:space="0" w:color="auto"/>
            </w:tcBorders>
          </w:tcPr>
          <w:p w14:paraId="4E6A6DD1" w14:textId="2DE73397" w:rsidR="00BC0D53" w:rsidRPr="004B73F8" w:rsidRDefault="00B81ECA" w:rsidP="000179E5">
            <w:pPr>
              <w:rPr>
                <w:rFonts w:ascii="Times New Roman" w:hAnsi="Times New Roman" w:cs="Times New Roman"/>
                <w:sz w:val="20"/>
                <w:szCs w:val="20"/>
              </w:rPr>
            </w:pPr>
            <w:r w:rsidRPr="004B73F8">
              <w:rPr>
                <w:rFonts w:ascii="Times New Roman" w:hAnsi="Times New Roman" w:cs="Times New Roman"/>
                <w:sz w:val="20"/>
                <w:szCs w:val="20"/>
              </w:rPr>
              <w:t xml:space="preserve">Africana </w:t>
            </w:r>
            <w:r>
              <w:rPr>
                <w:rFonts w:ascii="Times New Roman" w:hAnsi="Times New Roman" w:cs="Times New Roman"/>
                <w:sz w:val="20"/>
                <w:szCs w:val="20"/>
              </w:rPr>
              <w:t>Books (count titles)</w:t>
            </w:r>
            <w:r w:rsidR="00BC0D53" w:rsidRPr="004B73F8">
              <w:rPr>
                <w:rFonts w:ascii="Times New Roman" w:hAnsi="Times New Roman" w:cs="Times New Roman"/>
                <w:sz w:val="20"/>
                <w:szCs w:val="20"/>
              </w:rPr>
              <w:t xml:space="preserve"> (%)</w:t>
            </w:r>
          </w:p>
        </w:tc>
        <w:tc>
          <w:tcPr>
            <w:tcW w:w="2610" w:type="dxa"/>
            <w:tcBorders>
              <w:left w:val="single" w:sz="4" w:space="0" w:color="auto"/>
              <w:right w:val="nil"/>
            </w:tcBorders>
          </w:tcPr>
          <w:p w14:paraId="6403D998" w14:textId="77777777" w:rsidR="00BC0D53" w:rsidRPr="004B73F8" w:rsidRDefault="00BC0D53" w:rsidP="000179E5">
            <w:pPr>
              <w:rPr>
                <w:rFonts w:ascii="Times New Roman" w:hAnsi="Times New Roman" w:cs="Times New Roman"/>
                <w:sz w:val="20"/>
                <w:szCs w:val="20"/>
              </w:rPr>
            </w:pPr>
          </w:p>
        </w:tc>
      </w:tr>
      <w:tr w:rsidR="00BC0D53" w:rsidRPr="004B73F8" w14:paraId="55FCA8D6" w14:textId="77777777" w:rsidTr="00BC0D53">
        <w:tc>
          <w:tcPr>
            <w:tcW w:w="5328" w:type="dxa"/>
            <w:tcBorders>
              <w:left w:val="nil"/>
              <w:right w:val="single" w:sz="4" w:space="0" w:color="auto"/>
            </w:tcBorders>
          </w:tcPr>
          <w:p w14:paraId="4A701DE5" w14:textId="4098E5AF"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Library Budget Spent (USD)</w:t>
            </w:r>
          </w:p>
        </w:tc>
        <w:tc>
          <w:tcPr>
            <w:tcW w:w="2610" w:type="dxa"/>
            <w:tcBorders>
              <w:left w:val="single" w:sz="4" w:space="0" w:color="auto"/>
              <w:right w:val="nil"/>
            </w:tcBorders>
          </w:tcPr>
          <w:p w14:paraId="4A37B3E1" w14:textId="77777777" w:rsidR="00BC0D53" w:rsidRPr="004B73F8" w:rsidRDefault="00BC0D53" w:rsidP="000179E5">
            <w:pPr>
              <w:rPr>
                <w:rFonts w:ascii="Times New Roman" w:hAnsi="Times New Roman" w:cs="Times New Roman"/>
                <w:sz w:val="20"/>
                <w:szCs w:val="20"/>
              </w:rPr>
            </w:pPr>
          </w:p>
        </w:tc>
      </w:tr>
      <w:tr w:rsidR="00BC0D53" w:rsidRPr="004B73F8" w14:paraId="7F3A45A1" w14:textId="77777777" w:rsidTr="00BC0D53">
        <w:tc>
          <w:tcPr>
            <w:tcW w:w="5328" w:type="dxa"/>
            <w:tcBorders>
              <w:left w:val="nil"/>
              <w:right w:val="single" w:sz="4" w:space="0" w:color="auto"/>
            </w:tcBorders>
          </w:tcPr>
          <w:p w14:paraId="2EE14293" w14:textId="3D208F73" w:rsidR="00BC0D53" w:rsidRPr="004B73F8" w:rsidRDefault="00BC0D53" w:rsidP="000179E5">
            <w:pPr>
              <w:rPr>
                <w:rFonts w:ascii="Times New Roman" w:hAnsi="Times New Roman" w:cs="Times New Roman"/>
                <w:sz w:val="20"/>
                <w:szCs w:val="20"/>
              </w:rPr>
            </w:pPr>
            <w:r w:rsidRPr="004B73F8">
              <w:rPr>
                <w:rFonts w:ascii="Times New Roman" w:hAnsi="Times New Roman" w:cs="Times New Roman"/>
                <w:sz w:val="20"/>
                <w:szCs w:val="20"/>
              </w:rPr>
              <w:t>Required Minimum Budget (Attach calculation)</w:t>
            </w:r>
          </w:p>
        </w:tc>
        <w:tc>
          <w:tcPr>
            <w:tcW w:w="2610" w:type="dxa"/>
            <w:tcBorders>
              <w:left w:val="single" w:sz="4" w:space="0" w:color="auto"/>
              <w:right w:val="nil"/>
            </w:tcBorders>
          </w:tcPr>
          <w:p w14:paraId="12C3DE77" w14:textId="77777777" w:rsidR="00BC0D53" w:rsidRPr="004B73F8" w:rsidRDefault="00BC0D53" w:rsidP="000179E5">
            <w:pPr>
              <w:rPr>
                <w:rFonts w:ascii="Times New Roman" w:hAnsi="Times New Roman" w:cs="Times New Roman"/>
                <w:sz w:val="20"/>
                <w:szCs w:val="20"/>
              </w:rPr>
            </w:pPr>
          </w:p>
        </w:tc>
      </w:tr>
    </w:tbl>
    <w:p w14:paraId="1FC4E8CC" w14:textId="2D121D81" w:rsidR="00BC0D53" w:rsidRPr="001D4506" w:rsidRDefault="001D4506">
      <w:pPr>
        <w:rPr>
          <w:rFonts w:ascii="Times New Roman" w:hAnsi="Times New Roman" w:cs="Times New Roman"/>
          <w:i/>
          <w:iCs/>
        </w:rPr>
      </w:pPr>
      <w:r w:rsidRPr="001D4506">
        <w:rPr>
          <w:rFonts w:ascii="Times New Roman" w:hAnsi="Times New Roman" w:cs="Times New Roman"/>
          <w:b/>
          <w:bCs/>
          <w:i/>
          <w:iCs/>
          <w:sz w:val="24"/>
          <w:szCs w:val="24"/>
        </w:rPr>
        <w:t>*</w:t>
      </w:r>
      <w:r w:rsidR="00452CF0" w:rsidRPr="001D4506">
        <w:rPr>
          <w:rFonts w:ascii="Times New Roman" w:hAnsi="Times New Roman" w:cs="Times New Roman"/>
          <w:i/>
          <w:iCs/>
        </w:rPr>
        <w:t xml:space="preserve">Show below </w:t>
      </w:r>
      <w:r w:rsidR="00BC0D53" w:rsidRPr="001D4506">
        <w:rPr>
          <w:rFonts w:ascii="Times New Roman" w:hAnsi="Times New Roman" w:cs="Times New Roman"/>
          <w:i/>
          <w:iCs/>
        </w:rPr>
        <w:t>ACTEA formula-based calculations</w:t>
      </w:r>
    </w:p>
    <w:p w14:paraId="710D5A32" w14:textId="78EE595E" w:rsidR="006C1C3B" w:rsidRPr="004B73F8" w:rsidRDefault="006C1C3B"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Digital Access Summary (Response: Narrative)</w:t>
      </w:r>
    </w:p>
    <w:p w14:paraId="0BEB1E77" w14:textId="026B7FAA" w:rsidR="006C1C3B" w:rsidRPr="004B73F8" w:rsidRDefault="006C1C3B">
      <w:pPr>
        <w:rPr>
          <w:rFonts w:ascii="Times New Roman" w:hAnsi="Times New Roman" w:cs="Times New Roman"/>
          <w:i/>
          <w:iCs/>
        </w:rPr>
      </w:pPr>
      <w:r w:rsidRPr="004B73F8">
        <w:rPr>
          <w:rFonts w:ascii="Times New Roman" w:hAnsi="Times New Roman" w:cs="Times New Roman"/>
          <w:i/>
          <w:iCs/>
        </w:rPr>
        <w:t>Please describe access system, usage rates, student/faculty digital literacy.</w:t>
      </w:r>
    </w:p>
    <w:p w14:paraId="40DDF272" w14:textId="74D9B2C5" w:rsidR="006C1C3B" w:rsidRPr="004B73F8" w:rsidRDefault="006C1C3B"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 Staffing and Systems (Response: Narrative)</w:t>
      </w:r>
    </w:p>
    <w:p w14:paraId="086308D9" w14:textId="72CA2D78" w:rsidR="00197262" w:rsidRPr="004B73F8" w:rsidRDefault="006C1C3B">
      <w:pPr>
        <w:rPr>
          <w:rFonts w:ascii="Times New Roman" w:hAnsi="Times New Roman" w:cs="Times New Roman"/>
        </w:rPr>
      </w:pPr>
      <w:r w:rsidRPr="004B73F8">
        <w:rPr>
          <w:rFonts w:ascii="Times New Roman" w:hAnsi="Times New Roman" w:cs="Times New Roman"/>
        </w:rPr>
        <w:t>Summarize staffing levels, cataloguing system used (e.g. Dewey, Koha), and Library support services</w:t>
      </w:r>
    </w:p>
    <w:p w14:paraId="202CD63D" w14:textId="29B7F2E0"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Educational Programme(s) (Standard 4)</w:t>
      </w:r>
    </w:p>
    <w:p w14:paraId="73239389" w14:textId="77777777" w:rsidR="007F4094" w:rsidRPr="004B73F8" w:rsidRDefault="00B81ECA">
      <w:pPr>
        <w:rPr>
          <w:rFonts w:ascii="Times New Roman" w:hAnsi="Times New Roman" w:cs="Times New Roman"/>
        </w:rPr>
      </w:pPr>
      <w:r w:rsidRPr="004B73F8">
        <w:rPr>
          <w:rFonts w:ascii="Times New Roman" w:hAnsi="Times New Roman" w:cs="Times New Roman"/>
        </w:rPr>
        <w:t>Use tables to list new or changed programmes and describe curriculum or practical training strategies in narrative form.</w:t>
      </w:r>
    </w:p>
    <w:p w14:paraId="198F324F" w14:textId="1AA251B9" w:rsidR="006C1C3B" w:rsidRPr="004B73F8" w:rsidRDefault="006C1C3B"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Curriculum changes (Response: Narrative + Attachment)</w:t>
      </w:r>
    </w:p>
    <w:p w14:paraId="60BE5316" w14:textId="01337699" w:rsidR="006C1C3B" w:rsidRPr="004B73F8" w:rsidRDefault="006C1C3B">
      <w:pPr>
        <w:rPr>
          <w:rFonts w:ascii="Times New Roman" w:hAnsi="Times New Roman" w:cs="Times New Roman"/>
        </w:rPr>
      </w:pPr>
      <w:r w:rsidRPr="004B73F8">
        <w:rPr>
          <w:rFonts w:ascii="Times New Roman" w:hAnsi="Times New Roman" w:cs="Times New Roman"/>
        </w:rPr>
        <w:t>Briefly describe changes. Attach updated programme outlines</w:t>
      </w:r>
    </w:p>
    <w:p w14:paraId="3A359695" w14:textId="26B69FF7" w:rsidR="006C1C3B" w:rsidRPr="004B73F8" w:rsidRDefault="00197262"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Program Evaluation Summary (Response: Table)</w:t>
      </w:r>
    </w:p>
    <w:tbl>
      <w:tblPr>
        <w:tblStyle w:val="TableGrid"/>
        <w:tblW w:w="6668" w:type="dxa"/>
        <w:tblLook w:val="04A0" w:firstRow="1" w:lastRow="0" w:firstColumn="1" w:lastColumn="0" w:noHBand="0" w:noVBand="1"/>
      </w:tblPr>
      <w:tblGrid>
        <w:gridCol w:w="2243"/>
        <w:gridCol w:w="2213"/>
        <w:gridCol w:w="2212"/>
      </w:tblGrid>
      <w:tr w:rsidR="00197262" w:rsidRPr="004B73F8" w14:paraId="1A2F9203" w14:textId="77777777" w:rsidTr="000179E5">
        <w:tc>
          <w:tcPr>
            <w:tcW w:w="2243" w:type="dxa"/>
            <w:tcBorders>
              <w:left w:val="nil"/>
              <w:right w:val="single" w:sz="4" w:space="0" w:color="auto"/>
            </w:tcBorders>
          </w:tcPr>
          <w:p w14:paraId="6BA0B280" w14:textId="2199CD10"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w:t>
            </w:r>
          </w:p>
        </w:tc>
        <w:tc>
          <w:tcPr>
            <w:tcW w:w="2213" w:type="dxa"/>
            <w:tcBorders>
              <w:left w:val="single" w:sz="4" w:space="0" w:color="auto"/>
              <w:right w:val="nil"/>
            </w:tcBorders>
          </w:tcPr>
          <w:p w14:paraId="0EECD602" w14:textId="320871AE"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Evaluation Activity</w:t>
            </w:r>
          </w:p>
        </w:tc>
        <w:tc>
          <w:tcPr>
            <w:tcW w:w="2212" w:type="dxa"/>
            <w:tcBorders>
              <w:left w:val="single" w:sz="4" w:space="0" w:color="auto"/>
              <w:right w:val="nil"/>
            </w:tcBorders>
          </w:tcPr>
          <w:p w14:paraId="2EDAC7CB" w14:textId="795FDDB1"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Change implemented </w:t>
            </w:r>
          </w:p>
        </w:tc>
      </w:tr>
      <w:tr w:rsidR="00197262" w:rsidRPr="004B73F8" w14:paraId="1005AF2D" w14:textId="77777777" w:rsidTr="000179E5">
        <w:tc>
          <w:tcPr>
            <w:tcW w:w="2243" w:type="dxa"/>
            <w:tcBorders>
              <w:left w:val="nil"/>
              <w:right w:val="single" w:sz="4" w:space="0" w:color="auto"/>
            </w:tcBorders>
          </w:tcPr>
          <w:p w14:paraId="2E0139B5" w14:textId="6DC8BD38" w:rsidR="00197262" w:rsidRPr="004B73F8" w:rsidRDefault="00197262" w:rsidP="000179E5">
            <w:pPr>
              <w:rPr>
                <w:rFonts w:ascii="Times New Roman" w:hAnsi="Times New Roman" w:cs="Times New Roman"/>
                <w:sz w:val="20"/>
                <w:szCs w:val="20"/>
              </w:rPr>
            </w:pPr>
          </w:p>
        </w:tc>
        <w:tc>
          <w:tcPr>
            <w:tcW w:w="2213" w:type="dxa"/>
            <w:tcBorders>
              <w:left w:val="single" w:sz="4" w:space="0" w:color="auto"/>
              <w:right w:val="nil"/>
            </w:tcBorders>
          </w:tcPr>
          <w:p w14:paraId="000FAC93" w14:textId="77777777" w:rsidR="00197262" w:rsidRPr="004B73F8" w:rsidRDefault="00197262" w:rsidP="000179E5">
            <w:pPr>
              <w:rPr>
                <w:rFonts w:ascii="Times New Roman" w:hAnsi="Times New Roman" w:cs="Times New Roman"/>
                <w:sz w:val="20"/>
                <w:szCs w:val="20"/>
              </w:rPr>
            </w:pPr>
          </w:p>
        </w:tc>
        <w:tc>
          <w:tcPr>
            <w:tcW w:w="2212" w:type="dxa"/>
            <w:tcBorders>
              <w:left w:val="single" w:sz="4" w:space="0" w:color="auto"/>
              <w:right w:val="nil"/>
            </w:tcBorders>
          </w:tcPr>
          <w:p w14:paraId="745C3261" w14:textId="77777777" w:rsidR="00197262" w:rsidRPr="004B73F8" w:rsidRDefault="00197262" w:rsidP="000179E5">
            <w:pPr>
              <w:rPr>
                <w:rFonts w:ascii="Times New Roman" w:hAnsi="Times New Roman" w:cs="Times New Roman"/>
                <w:sz w:val="20"/>
                <w:szCs w:val="20"/>
              </w:rPr>
            </w:pPr>
          </w:p>
        </w:tc>
      </w:tr>
      <w:tr w:rsidR="00197262" w:rsidRPr="004B73F8" w14:paraId="23D7F63B" w14:textId="77777777" w:rsidTr="000179E5">
        <w:tc>
          <w:tcPr>
            <w:tcW w:w="2243" w:type="dxa"/>
            <w:tcBorders>
              <w:left w:val="nil"/>
              <w:right w:val="single" w:sz="4" w:space="0" w:color="auto"/>
            </w:tcBorders>
          </w:tcPr>
          <w:p w14:paraId="451DFCE2" w14:textId="490FF92A" w:rsidR="00197262" w:rsidRPr="004B73F8" w:rsidRDefault="00197262" w:rsidP="000179E5">
            <w:pPr>
              <w:rPr>
                <w:rFonts w:ascii="Times New Roman" w:hAnsi="Times New Roman" w:cs="Times New Roman"/>
                <w:sz w:val="20"/>
                <w:szCs w:val="20"/>
              </w:rPr>
            </w:pPr>
          </w:p>
        </w:tc>
        <w:tc>
          <w:tcPr>
            <w:tcW w:w="2213" w:type="dxa"/>
            <w:tcBorders>
              <w:left w:val="single" w:sz="4" w:space="0" w:color="auto"/>
              <w:right w:val="nil"/>
            </w:tcBorders>
          </w:tcPr>
          <w:p w14:paraId="2A7B3209" w14:textId="77777777" w:rsidR="00197262" w:rsidRPr="004B73F8" w:rsidRDefault="00197262" w:rsidP="000179E5">
            <w:pPr>
              <w:rPr>
                <w:rFonts w:ascii="Times New Roman" w:hAnsi="Times New Roman" w:cs="Times New Roman"/>
                <w:sz w:val="20"/>
                <w:szCs w:val="20"/>
              </w:rPr>
            </w:pPr>
          </w:p>
        </w:tc>
        <w:tc>
          <w:tcPr>
            <w:tcW w:w="2212" w:type="dxa"/>
            <w:tcBorders>
              <w:left w:val="single" w:sz="4" w:space="0" w:color="auto"/>
              <w:right w:val="nil"/>
            </w:tcBorders>
          </w:tcPr>
          <w:p w14:paraId="533B4521" w14:textId="77777777" w:rsidR="00197262" w:rsidRPr="004B73F8" w:rsidRDefault="00197262" w:rsidP="000179E5">
            <w:pPr>
              <w:rPr>
                <w:rFonts w:ascii="Times New Roman" w:hAnsi="Times New Roman" w:cs="Times New Roman"/>
                <w:sz w:val="20"/>
                <w:szCs w:val="20"/>
              </w:rPr>
            </w:pPr>
          </w:p>
        </w:tc>
      </w:tr>
      <w:tr w:rsidR="00197262" w:rsidRPr="004B73F8" w14:paraId="68E615DD" w14:textId="77777777" w:rsidTr="000179E5">
        <w:tc>
          <w:tcPr>
            <w:tcW w:w="2243" w:type="dxa"/>
            <w:tcBorders>
              <w:left w:val="nil"/>
              <w:right w:val="single" w:sz="4" w:space="0" w:color="auto"/>
            </w:tcBorders>
          </w:tcPr>
          <w:p w14:paraId="2F0DF6D9" w14:textId="04D6A8C9" w:rsidR="00197262" w:rsidRPr="004B73F8" w:rsidRDefault="00197262" w:rsidP="000179E5">
            <w:pPr>
              <w:rPr>
                <w:rFonts w:ascii="Times New Roman" w:hAnsi="Times New Roman" w:cs="Times New Roman"/>
                <w:sz w:val="20"/>
                <w:szCs w:val="20"/>
              </w:rPr>
            </w:pPr>
          </w:p>
        </w:tc>
        <w:tc>
          <w:tcPr>
            <w:tcW w:w="2213" w:type="dxa"/>
            <w:tcBorders>
              <w:left w:val="single" w:sz="4" w:space="0" w:color="auto"/>
              <w:right w:val="nil"/>
            </w:tcBorders>
          </w:tcPr>
          <w:p w14:paraId="45C3AC43" w14:textId="77777777" w:rsidR="00197262" w:rsidRPr="004B73F8" w:rsidRDefault="00197262" w:rsidP="000179E5">
            <w:pPr>
              <w:rPr>
                <w:rFonts w:ascii="Times New Roman" w:hAnsi="Times New Roman" w:cs="Times New Roman"/>
                <w:sz w:val="20"/>
                <w:szCs w:val="20"/>
              </w:rPr>
            </w:pPr>
          </w:p>
        </w:tc>
        <w:tc>
          <w:tcPr>
            <w:tcW w:w="2212" w:type="dxa"/>
            <w:tcBorders>
              <w:left w:val="single" w:sz="4" w:space="0" w:color="auto"/>
              <w:right w:val="nil"/>
            </w:tcBorders>
          </w:tcPr>
          <w:p w14:paraId="7EB4607A" w14:textId="77777777" w:rsidR="00197262" w:rsidRPr="004B73F8" w:rsidRDefault="00197262" w:rsidP="000179E5">
            <w:pPr>
              <w:rPr>
                <w:rFonts w:ascii="Times New Roman" w:hAnsi="Times New Roman" w:cs="Times New Roman"/>
                <w:sz w:val="20"/>
                <w:szCs w:val="20"/>
              </w:rPr>
            </w:pPr>
          </w:p>
        </w:tc>
      </w:tr>
    </w:tbl>
    <w:p w14:paraId="462584F2" w14:textId="3097EEB7" w:rsidR="00197262" w:rsidRPr="004B73F8" w:rsidRDefault="00197262"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Language of Instruction (Response: Narrative</w:t>
      </w:r>
      <w:r w:rsidR="00897242" w:rsidRPr="004B73F8">
        <w:rPr>
          <w:rFonts w:ascii="Times New Roman" w:hAnsi="Times New Roman" w:cs="Times New Roman"/>
          <w:i/>
          <w:iCs/>
        </w:rPr>
        <w:t xml:space="preserve"> +table</w:t>
      </w:r>
      <w:r w:rsidRPr="004B73F8">
        <w:rPr>
          <w:rFonts w:ascii="Times New Roman" w:hAnsi="Times New Roman" w:cs="Times New Roman"/>
          <w:i/>
          <w:iCs/>
        </w:rPr>
        <w:t>)</w:t>
      </w:r>
      <w:r w:rsidR="005C52ED">
        <w:rPr>
          <w:rFonts w:ascii="Times New Roman" w:hAnsi="Times New Roman" w:cs="Times New Roman"/>
          <w:i/>
          <w:iCs/>
        </w:rPr>
        <w:t>- if app</w:t>
      </w:r>
      <w:r w:rsidR="005E1C4D">
        <w:rPr>
          <w:rFonts w:ascii="Times New Roman" w:hAnsi="Times New Roman" w:cs="Times New Roman"/>
          <w:i/>
          <w:iCs/>
        </w:rPr>
        <w:t xml:space="preserve">licable. If not applicable </w:t>
      </w:r>
      <w:r w:rsidR="008206C8">
        <w:rPr>
          <w:rFonts w:ascii="Times New Roman" w:hAnsi="Times New Roman" w:cs="Times New Roman"/>
          <w:i/>
          <w:iCs/>
        </w:rPr>
        <w:t>please indicate NA in program name column.</w:t>
      </w:r>
    </w:p>
    <w:p w14:paraId="652EA846" w14:textId="1E6BF2D6" w:rsidR="00197262" w:rsidRPr="004B73F8" w:rsidRDefault="00197262">
      <w:pPr>
        <w:rPr>
          <w:rFonts w:ascii="Times New Roman" w:hAnsi="Times New Roman" w:cs="Times New Roman"/>
        </w:rPr>
      </w:pPr>
      <w:r w:rsidRPr="004B73F8">
        <w:rPr>
          <w:rFonts w:ascii="Times New Roman" w:hAnsi="Times New Roman" w:cs="Times New Roman"/>
        </w:rPr>
        <w:lastRenderedPageBreak/>
        <w:t>Indicate which programs use local languages and how theological terminology is handled.</w:t>
      </w:r>
    </w:p>
    <w:tbl>
      <w:tblPr>
        <w:tblStyle w:val="TableGrid"/>
        <w:tblW w:w="8856" w:type="dxa"/>
        <w:tblLook w:val="04A0" w:firstRow="1" w:lastRow="0" w:firstColumn="1" w:lastColumn="0" w:noHBand="0" w:noVBand="1"/>
      </w:tblPr>
      <w:tblGrid>
        <w:gridCol w:w="2238"/>
        <w:gridCol w:w="2207"/>
        <w:gridCol w:w="2207"/>
        <w:gridCol w:w="2204"/>
      </w:tblGrid>
      <w:tr w:rsidR="00897242" w:rsidRPr="004B73F8" w14:paraId="7EAB0553" w14:textId="77777777" w:rsidTr="000179E5">
        <w:tc>
          <w:tcPr>
            <w:tcW w:w="2238" w:type="dxa"/>
            <w:tcBorders>
              <w:left w:val="nil"/>
              <w:right w:val="single" w:sz="4" w:space="0" w:color="auto"/>
            </w:tcBorders>
          </w:tcPr>
          <w:p w14:paraId="0D5EDF79" w14:textId="77777777" w:rsidR="00897242" w:rsidRPr="004B73F8" w:rsidRDefault="0089724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 Name</w:t>
            </w:r>
          </w:p>
        </w:tc>
        <w:tc>
          <w:tcPr>
            <w:tcW w:w="2207" w:type="dxa"/>
            <w:tcBorders>
              <w:left w:val="single" w:sz="4" w:space="0" w:color="auto"/>
              <w:right w:val="nil"/>
            </w:tcBorders>
          </w:tcPr>
          <w:p w14:paraId="0BAFD54A" w14:textId="43ED5B50" w:rsidR="00897242" w:rsidRPr="004B73F8" w:rsidRDefault="0089724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Language of Instruction</w:t>
            </w:r>
          </w:p>
        </w:tc>
        <w:tc>
          <w:tcPr>
            <w:tcW w:w="2207" w:type="dxa"/>
            <w:tcBorders>
              <w:left w:val="single" w:sz="4" w:space="0" w:color="auto"/>
              <w:right w:val="nil"/>
            </w:tcBorders>
          </w:tcPr>
          <w:p w14:paraId="7396316D" w14:textId="303DFC0A" w:rsidR="00897242" w:rsidRPr="004B73F8" w:rsidRDefault="0089724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 in local </w:t>
            </w:r>
            <w:proofErr w:type="spellStart"/>
            <w:r w:rsidRPr="004B73F8">
              <w:rPr>
                <w:rFonts w:ascii="Times New Roman" w:hAnsi="Times New Roman" w:cs="Times New Roman"/>
                <w:b/>
                <w:bCs/>
                <w:color w:val="0070C0"/>
                <w:sz w:val="20"/>
                <w:szCs w:val="20"/>
              </w:rPr>
              <w:t>langauge</w:t>
            </w:r>
            <w:proofErr w:type="spellEnd"/>
            <w:r w:rsidRPr="004B73F8">
              <w:rPr>
                <w:rFonts w:ascii="Times New Roman" w:hAnsi="Times New Roman" w:cs="Times New Roman"/>
                <w:b/>
                <w:bCs/>
                <w:color w:val="0070C0"/>
                <w:sz w:val="20"/>
                <w:szCs w:val="20"/>
              </w:rPr>
              <w:t xml:space="preserve"> </w:t>
            </w:r>
          </w:p>
        </w:tc>
        <w:tc>
          <w:tcPr>
            <w:tcW w:w="2204" w:type="dxa"/>
            <w:tcBorders>
              <w:left w:val="single" w:sz="4" w:space="0" w:color="auto"/>
              <w:right w:val="nil"/>
            </w:tcBorders>
          </w:tcPr>
          <w:p w14:paraId="63F30F9E" w14:textId="4365FCB8" w:rsidR="00897242" w:rsidRPr="004B73F8" w:rsidRDefault="0089724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Note</w:t>
            </w:r>
          </w:p>
        </w:tc>
      </w:tr>
      <w:tr w:rsidR="00897242" w:rsidRPr="004B73F8" w14:paraId="290A3256" w14:textId="77777777" w:rsidTr="000179E5">
        <w:tc>
          <w:tcPr>
            <w:tcW w:w="2238" w:type="dxa"/>
            <w:tcBorders>
              <w:left w:val="nil"/>
              <w:right w:val="single" w:sz="4" w:space="0" w:color="auto"/>
            </w:tcBorders>
          </w:tcPr>
          <w:p w14:paraId="01F834B2" w14:textId="77777777" w:rsidR="00897242" w:rsidRPr="004B73F8" w:rsidRDefault="00897242" w:rsidP="000179E5">
            <w:pPr>
              <w:rPr>
                <w:rFonts w:ascii="Times New Roman" w:hAnsi="Times New Roman" w:cs="Times New Roman"/>
                <w:sz w:val="20"/>
                <w:szCs w:val="20"/>
              </w:rPr>
            </w:pPr>
          </w:p>
        </w:tc>
        <w:tc>
          <w:tcPr>
            <w:tcW w:w="2207" w:type="dxa"/>
            <w:tcBorders>
              <w:left w:val="single" w:sz="4" w:space="0" w:color="auto"/>
              <w:right w:val="nil"/>
            </w:tcBorders>
          </w:tcPr>
          <w:p w14:paraId="2A0A47BD" w14:textId="77777777" w:rsidR="00897242" w:rsidRPr="004B73F8" w:rsidRDefault="00897242" w:rsidP="000179E5">
            <w:pPr>
              <w:rPr>
                <w:rFonts w:ascii="Times New Roman" w:hAnsi="Times New Roman" w:cs="Times New Roman"/>
                <w:sz w:val="20"/>
                <w:szCs w:val="20"/>
              </w:rPr>
            </w:pPr>
          </w:p>
        </w:tc>
        <w:tc>
          <w:tcPr>
            <w:tcW w:w="2207" w:type="dxa"/>
            <w:tcBorders>
              <w:left w:val="single" w:sz="4" w:space="0" w:color="auto"/>
              <w:right w:val="nil"/>
            </w:tcBorders>
          </w:tcPr>
          <w:p w14:paraId="676EE48B" w14:textId="77777777" w:rsidR="00897242" w:rsidRPr="004B73F8" w:rsidRDefault="00897242" w:rsidP="000179E5">
            <w:pPr>
              <w:rPr>
                <w:rFonts w:ascii="Times New Roman" w:hAnsi="Times New Roman" w:cs="Times New Roman"/>
                <w:sz w:val="20"/>
                <w:szCs w:val="20"/>
              </w:rPr>
            </w:pPr>
          </w:p>
        </w:tc>
        <w:tc>
          <w:tcPr>
            <w:tcW w:w="2204" w:type="dxa"/>
            <w:tcBorders>
              <w:left w:val="single" w:sz="4" w:space="0" w:color="auto"/>
              <w:right w:val="nil"/>
            </w:tcBorders>
          </w:tcPr>
          <w:p w14:paraId="244292E5" w14:textId="77777777" w:rsidR="00897242" w:rsidRPr="004B73F8" w:rsidRDefault="00897242" w:rsidP="000179E5">
            <w:pPr>
              <w:rPr>
                <w:rFonts w:ascii="Times New Roman" w:hAnsi="Times New Roman" w:cs="Times New Roman"/>
                <w:sz w:val="20"/>
                <w:szCs w:val="20"/>
              </w:rPr>
            </w:pPr>
          </w:p>
        </w:tc>
      </w:tr>
      <w:tr w:rsidR="00897242" w:rsidRPr="004B73F8" w14:paraId="3FCF84C8" w14:textId="77777777" w:rsidTr="000179E5">
        <w:tc>
          <w:tcPr>
            <w:tcW w:w="2238" w:type="dxa"/>
            <w:tcBorders>
              <w:left w:val="nil"/>
              <w:right w:val="single" w:sz="4" w:space="0" w:color="auto"/>
            </w:tcBorders>
          </w:tcPr>
          <w:p w14:paraId="0739CA3D" w14:textId="77777777" w:rsidR="00897242" w:rsidRPr="004B73F8" w:rsidRDefault="00897242" w:rsidP="000179E5">
            <w:pPr>
              <w:rPr>
                <w:rFonts w:ascii="Times New Roman" w:hAnsi="Times New Roman" w:cs="Times New Roman"/>
                <w:sz w:val="20"/>
                <w:szCs w:val="20"/>
              </w:rPr>
            </w:pPr>
          </w:p>
        </w:tc>
        <w:tc>
          <w:tcPr>
            <w:tcW w:w="2207" w:type="dxa"/>
            <w:tcBorders>
              <w:left w:val="single" w:sz="4" w:space="0" w:color="auto"/>
              <w:right w:val="nil"/>
            </w:tcBorders>
          </w:tcPr>
          <w:p w14:paraId="4F103417" w14:textId="77777777" w:rsidR="00897242" w:rsidRPr="004B73F8" w:rsidRDefault="00897242" w:rsidP="000179E5">
            <w:pPr>
              <w:rPr>
                <w:rFonts w:ascii="Times New Roman" w:hAnsi="Times New Roman" w:cs="Times New Roman"/>
                <w:sz w:val="20"/>
                <w:szCs w:val="20"/>
              </w:rPr>
            </w:pPr>
          </w:p>
        </w:tc>
        <w:tc>
          <w:tcPr>
            <w:tcW w:w="2207" w:type="dxa"/>
            <w:tcBorders>
              <w:left w:val="single" w:sz="4" w:space="0" w:color="auto"/>
              <w:right w:val="nil"/>
            </w:tcBorders>
          </w:tcPr>
          <w:p w14:paraId="3BAB3D75" w14:textId="77777777" w:rsidR="00897242" w:rsidRPr="004B73F8" w:rsidRDefault="00897242" w:rsidP="000179E5">
            <w:pPr>
              <w:rPr>
                <w:rFonts w:ascii="Times New Roman" w:hAnsi="Times New Roman" w:cs="Times New Roman"/>
                <w:sz w:val="20"/>
                <w:szCs w:val="20"/>
              </w:rPr>
            </w:pPr>
          </w:p>
        </w:tc>
        <w:tc>
          <w:tcPr>
            <w:tcW w:w="2204" w:type="dxa"/>
            <w:tcBorders>
              <w:left w:val="single" w:sz="4" w:space="0" w:color="auto"/>
              <w:right w:val="nil"/>
            </w:tcBorders>
          </w:tcPr>
          <w:p w14:paraId="336188F2" w14:textId="77777777" w:rsidR="00897242" w:rsidRPr="004B73F8" w:rsidRDefault="00897242" w:rsidP="000179E5">
            <w:pPr>
              <w:rPr>
                <w:rFonts w:ascii="Times New Roman" w:hAnsi="Times New Roman" w:cs="Times New Roman"/>
                <w:sz w:val="20"/>
                <w:szCs w:val="20"/>
              </w:rPr>
            </w:pPr>
          </w:p>
        </w:tc>
      </w:tr>
      <w:tr w:rsidR="00897242" w:rsidRPr="004B73F8" w14:paraId="13B11EE6" w14:textId="77777777" w:rsidTr="000179E5">
        <w:tc>
          <w:tcPr>
            <w:tcW w:w="2238" w:type="dxa"/>
            <w:tcBorders>
              <w:left w:val="nil"/>
              <w:right w:val="single" w:sz="4" w:space="0" w:color="auto"/>
            </w:tcBorders>
          </w:tcPr>
          <w:p w14:paraId="1725B078" w14:textId="77777777" w:rsidR="00897242" w:rsidRPr="004B73F8" w:rsidRDefault="00897242" w:rsidP="000179E5">
            <w:pPr>
              <w:rPr>
                <w:rFonts w:ascii="Times New Roman" w:hAnsi="Times New Roman" w:cs="Times New Roman"/>
                <w:sz w:val="20"/>
                <w:szCs w:val="20"/>
              </w:rPr>
            </w:pPr>
          </w:p>
        </w:tc>
        <w:tc>
          <w:tcPr>
            <w:tcW w:w="2207" w:type="dxa"/>
            <w:tcBorders>
              <w:left w:val="single" w:sz="4" w:space="0" w:color="auto"/>
              <w:right w:val="nil"/>
            </w:tcBorders>
          </w:tcPr>
          <w:p w14:paraId="1BEFADD5" w14:textId="77777777" w:rsidR="00897242" w:rsidRPr="004B73F8" w:rsidRDefault="00897242" w:rsidP="000179E5">
            <w:pPr>
              <w:rPr>
                <w:rFonts w:ascii="Times New Roman" w:hAnsi="Times New Roman" w:cs="Times New Roman"/>
                <w:sz w:val="20"/>
                <w:szCs w:val="20"/>
              </w:rPr>
            </w:pPr>
          </w:p>
        </w:tc>
        <w:tc>
          <w:tcPr>
            <w:tcW w:w="2207" w:type="dxa"/>
            <w:tcBorders>
              <w:left w:val="single" w:sz="4" w:space="0" w:color="auto"/>
              <w:right w:val="nil"/>
            </w:tcBorders>
          </w:tcPr>
          <w:p w14:paraId="54EC8DBC" w14:textId="77777777" w:rsidR="00897242" w:rsidRPr="004B73F8" w:rsidRDefault="00897242" w:rsidP="000179E5">
            <w:pPr>
              <w:rPr>
                <w:rFonts w:ascii="Times New Roman" w:hAnsi="Times New Roman" w:cs="Times New Roman"/>
                <w:sz w:val="20"/>
                <w:szCs w:val="20"/>
              </w:rPr>
            </w:pPr>
          </w:p>
        </w:tc>
        <w:tc>
          <w:tcPr>
            <w:tcW w:w="2204" w:type="dxa"/>
            <w:tcBorders>
              <w:left w:val="single" w:sz="4" w:space="0" w:color="auto"/>
              <w:right w:val="nil"/>
            </w:tcBorders>
          </w:tcPr>
          <w:p w14:paraId="12063878" w14:textId="77777777" w:rsidR="00897242" w:rsidRPr="004B73F8" w:rsidRDefault="00897242" w:rsidP="000179E5">
            <w:pPr>
              <w:rPr>
                <w:rFonts w:ascii="Times New Roman" w:hAnsi="Times New Roman" w:cs="Times New Roman"/>
                <w:sz w:val="20"/>
                <w:szCs w:val="20"/>
              </w:rPr>
            </w:pPr>
          </w:p>
        </w:tc>
      </w:tr>
    </w:tbl>
    <w:p w14:paraId="10D66EA1" w14:textId="595C9E32" w:rsidR="00897242" w:rsidRPr="004B73F8" w:rsidRDefault="00897242">
      <w:pPr>
        <w:rPr>
          <w:rFonts w:ascii="Times New Roman" w:hAnsi="Times New Roman" w:cs="Times New Roman"/>
          <w:i/>
          <w:iCs/>
        </w:rPr>
      </w:pPr>
      <w:r w:rsidRPr="004B73F8">
        <w:rPr>
          <w:rFonts w:ascii="Times New Roman" w:hAnsi="Times New Roman" w:cs="Times New Roman"/>
          <w:i/>
          <w:iCs/>
        </w:rPr>
        <w:t xml:space="preserve">Please provide an explanation on terminology development, translation strategy, or </w:t>
      </w:r>
      <w:proofErr w:type="spellStart"/>
      <w:r w:rsidRPr="004B73F8">
        <w:rPr>
          <w:rFonts w:ascii="Times New Roman" w:hAnsi="Times New Roman" w:cs="Times New Roman"/>
          <w:i/>
          <w:iCs/>
        </w:rPr>
        <w:t>biligual</w:t>
      </w:r>
      <w:proofErr w:type="spellEnd"/>
      <w:r w:rsidRPr="004B73F8">
        <w:rPr>
          <w:rFonts w:ascii="Times New Roman" w:hAnsi="Times New Roman" w:cs="Times New Roman"/>
          <w:i/>
          <w:iCs/>
        </w:rPr>
        <w:t xml:space="preserve"> delivery</w:t>
      </w:r>
    </w:p>
    <w:p w14:paraId="44888BEB" w14:textId="5BC4D101" w:rsidR="00197262" w:rsidRPr="004B73F8" w:rsidRDefault="00197262"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List of New or Retired Programs (</w:t>
      </w:r>
      <w:proofErr w:type="spellStart"/>
      <w:r w:rsidRPr="004B73F8">
        <w:rPr>
          <w:rFonts w:ascii="Times New Roman" w:hAnsi="Times New Roman" w:cs="Times New Roman"/>
          <w:i/>
          <w:iCs/>
        </w:rPr>
        <w:t>Reponse</w:t>
      </w:r>
      <w:proofErr w:type="spellEnd"/>
      <w:r w:rsidRPr="004B73F8">
        <w:rPr>
          <w:rFonts w:ascii="Times New Roman" w:hAnsi="Times New Roman" w:cs="Times New Roman"/>
          <w:i/>
          <w:iCs/>
        </w:rPr>
        <w:t>: Table)</w:t>
      </w:r>
    </w:p>
    <w:tbl>
      <w:tblPr>
        <w:tblStyle w:val="TableGrid"/>
        <w:tblW w:w="8856" w:type="dxa"/>
        <w:tblLook w:val="04A0" w:firstRow="1" w:lastRow="0" w:firstColumn="1" w:lastColumn="0" w:noHBand="0" w:noVBand="1"/>
      </w:tblPr>
      <w:tblGrid>
        <w:gridCol w:w="2238"/>
        <w:gridCol w:w="2207"/>
        <w:gridCol w:w="2207"/>
        <w:gridCol w:w="2204"/>
      </w:tblGrid>
      <w:tr w:rsidR="00197262" w:rsidRPr="004B73F8" w14:paraId="2A95F5B9" w14:textId="4AFFE78B" w:rsidTr="00197262">
        <w:tc>
          <w:tcPr>
            <w:tcW w:w="2238" w:type="dxa"/>
            <w:tcBorders>
              <w:left w:val="nil"/>
              <w:right w:val="single" w:sz="4" w:space="0" w:color="auto"/>
            </w:tcBorders>
          </w:tcPr>
          <w:p w14:paraId="533B4CDA" w14:textId="7FCD162D"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 Name</w:t>
            </w:r>
          </w:p>
        </w:tc>
        <w:tc>
          <w:tcPr>
            <w:tcW w:w="2207" w:type="dxa"/>
            <w:tcBorders>
              <w:left w:val="single" w:sz="4" w:space="0" w:color="auto"/>
              <w:right w:val="nil"/>
            </w:tcBorders>
          </w:tcPr>
          <w:p w14:paraId="25002130" w14:textId="5D2D45E4"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New </w:t>
            </w:r>
          </w:p>
        </w:tc>
        <w:tc>
          <w:tcPr>
            <w:tcW w:w="2207" w:type="dxa"/>
            <w:tcBorders>
              <w:left w:val="single" w:sz="4" w:space="0" w:color="auto"/>
              <w:right w:val="nil"/>
            </w:tcBorders>
          </w:tcPr>
          <w:p w14:paraId="1105E7B0" w14:textId="5A688750"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Retired </w:t>
            </w:r>
          </w:p>
        </w:tc>
        <w:tc>
          <w:tcPr>
            <w:tcW w:w="2204" w:type="dxa"/>
            <w:tcBorders>
              <w:left w:val="single" w:sz="4" w:space="0" w:color="auto"/>
              <w:right w:val="nil"/>
            </w:tcBorders>
          </w:tcPr>
          <w:p w14:paraId="56628B8C" w14:textId="5D70ABFA"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Reason/ Explanation</w:t>
            </w:r>
          </w:p>
        </w:tc>
      </w:tr>
      <w:tr w:rsidR="00197262" w:rsidRPr="004B73F8" w14:paraId="2F84126F" w14:textId="1D9061B6" w:rsidTr="00197262">
        <w:tc>
          <w:tcPr>
            <w:tcW w:w="2238" w:type="dxa"/>
            <w:tcBorders>
              <w:left w:val="nil"/>
              <w:right w:val="single" w:sz="4" w:space="0" w:color="auto"/>
            </w:tcBorders>
          </w:tcPr>
          <w:p w14:paraId="5600892E" w14:textId="4682810B" w:rsidR="00197262" w:rsidRPr="004B73F8" w:rsidRDefault="00197262" w:rsidP="000179E5">
            <w:pPr>
              <w:rPr>
                <w:rFonts w:ascii="Times New Roman" w:hAnsi="Times New Roman" w:cs="Times New Roman"/>
              </w:rPr>
            </w:pPr>
          </w:p>
        </w:tc>
        <w:tc>
          <w:tcPr>
            <w:tcW w:w="2207" w:type="dxa"/>
            <w:tcBorders>
              <w:left w:val="single" w:sz="4" w:space="0" w:color="auto"/>
              <w:right w:val="nil"/>
            </w:tcBorders>
          </w:tcPr>
          <w:p w14:paraId="6D9B94C8" w14:textId="77777777" w:rsidR="00197262" w:rsidRPr="004B73F8" w:rsidRDefault="00197262" w:rsidP="000179E5">
            <w:pPr>
              <w:rPr>
                <w:rFonts w:ascii="Times New Roman" w:hAnsi="Times New Roman" w:cs="Times New Roman"/>
              </w:rPr>
            </w:pPr>
          </w:p>
        </w:tc>
        <w:tc>
          <w:tcPr>
            <w:tcW w:w="2207" w:type="dxa"/>
            <w:tcBorders>
              <w:left w:val="single" w:sz="4" w:space="0" w:color="auto"/>
              <w:right w:val="nil"/>
            </w:tcBorders>
          </w:tcPr>
          <w:p w14:paraId="04A7AC27" w14:textId="77777777" w:rsidR="00197262" w:rsidRPr="004B73F8" w:rsidRDefault="00197262" w:rsidP="000179E5">
            <w:pPr>
              <w:rPr>
                <w:rFonts w:ascii="Times New Roman" w:hAnsi="Times New Roman" w:cs="Times New Roman"/>
              </w:rPr>
            </w:pPr>
          </w:p>
        </w:tc>
        <w:tc>
          <w:tcPr>
            <w:tcW w:w="2204" w:type="dxa"/>
            <w:tcBorders>
              <w:left w:val="single" w:sz="4" w:space="0" w:color="auto"/>
              <w:right w:val="nil"/>
            </w:tcBorders>
          </w:tcPr>
          <w:p w14:paraId="47015384" w14:textId="77777777" w:rsidR="00197262" w:rsidRPr="004B73F8" w:rsidRDefault="00197262" w:rsidP="000179E5">
            <w:pPr>
              <w:rPr>
                <w:rFonts w:ascii="Times New Roman" w:hAnsi="Times New Roman" w:cs="Times New Roman"/>
              </w:rPr>
            </w:pPr>
          </w:p>
        </w:tc>
      </w:tr>
      <w:tr w:rsidR="00197262" w:rsidRPr="004B73F8" w14:paraId="03CDF46A" w14:textId="18EDC4F9" w:rsidTr="00197262">
        <w:tc>
          <w:tcPr>
            <w:tcW w:w="2238" w:type="dxa"/>
            <w:tcBorders>
              <w:left w:val="nil"/>
              <w:right w:val="single" w:sz="4" w:space="0" w:color="auto"/>
            </w:tcBorders>
          </w:tcPr>
          <w:p w14:paraId="78C403FD" w14:textId="179D5A11" w:rsidR="00197262" w:rsidRPr="004B73F8" w:rsidRDefault="00197262" w:rsidP="000179E5">
            <w:pPr>
              <w:rPr>
                <w:rFonts w:ascii="Times New Roman" w:hAnsi="Times New Roman" w:cs="Times New Roman"/>
              </w:rPr>
            </w:pPr>
          </w:p>
        </w:tc>
        <w:tc>
          <w:tcPr>
            <w:tcW w:w="2207" w:type="dxa"/>
            <w:tcBorders>
              <w:left w:val="single" w:sz="4" w:space="0" w:color="auto"/>
              <w:right w:val="nil"/>
            </w:tcBorders>
          </w:tcPr>
          <w:p w14:paraId="12D9EEAF" w14:textId="77777777" w:rsidR="00197262" w:rsidRPr="004B73F8" w:rsidRDefault="00197262" w:rsidP="000179E5">
            <w:pPr>
              <w:rPr>
                <w:rFonts w:ascii="Times New Roman" w:hAnsi="Times New Roman" w:cs="Times New Roman"/>
              </w:rPr>
            </w:pPr>
          </w:p>
        </w:tc>
        <w:tc>
          <w:tcPr>
            <w:tcW w:w="2207" w:type="dxa"/>
            <w:tcBorders>
              <w:left w:val="single" w:sz="4" w:space="0" w:color="auto"/>
              <w:right w:val="nil"/>
            </w:tcBorders>
          </w:tcPr>
          <w:p w14:paraId="4DA66718" w14:textId="77777777" w:rsidR="00197262" w:rsidRPr="004B73F8" w:rsidRDefault="00197262" w:rsidP="000179E5">
            <w:pPr>
              <w:rPr>
                <w:rFonts w:ascii="Times New Roman" w:hAnsi="Times New Roman" w:cs="Times New Roman"/>
              </w:rPr>
            </w:pPr>
          </w:p>
        </w:tc>
        <w:tc>
          <w:tcPr>
            <w:tcW w:w="2204" w:type="dxa"/>
            <w:tcBorders>
              <w:left w:val="single" w:sz="4" w:space="0" w:color="auto"/>
              <w:right w:val="nil"/>
            </w:tcBorders>
          </w:tcPr>
          <w:p w14:paraId="74AA4C03" w14:textId="77777777" w:rsidR="00197262" w:rsidRPr="004B73F8" w:rsidRDefault="00197262" w:rsidP="000179E5">
            <w:pPr>
              <w:rPr>
                <w:rFonts w:ascii="Times New Roman" w:hAnsi="Times New Roman" w:cs="Times New Roman"/>
              </w:rPr>
            </w:pPr>
          </w:p>
        </w:tc>
      </w:tr>
      <w:tr w:rsidR="00197262" w:rsidRPr="004B73F8" w14:paraId="568B50FD" w14:textId="4432FAD6" w:rsidTr="00197262">
        <w:tc>
          <w:tcPr>
            <w:tcW w:w="2238" w:type="dxa"/>
            <w:tcBorders>
              <w:left w:val="nil"/>
              <w:right w:val="single" w:sz="4" w:space="0" w:color="auto"/>
            </w:tcBorders>
          </w:tcPr>
          <w:p w14:paraId="0F26412E" w14:textId="0A94F434" w:rsidR="00197262" w:rsidRPr="004B73F8" w:rsidRDefault="00197262" w:rsidP="000179E5">
            <w:pPr>
              <w:rPr>
                <w:rFonts w:ascii="Times New Roman" w:hAnsi="Times New Roman" w:cs="Times New Roman"/>
              </w:rPr>
            </w:pPr>
          </w:p>
        </w:tc>
        <w:tc>
          <w:tcPr>
            <w:tcW w:w="2207" w:type="dxa"/>
            <w:tcBorders>
              <w:left w:val="single" w:sz="4" w:space="0" w:color="auto"/>
              <w:right w:val="nil"/>
            </w:tcBorders>
          </w:tcPr>
          <w:p w14:paraId="499F3DCE" w14:textId="77777777" w:rsidR="00197262" w:rsidRPr="004B73F8" w:rsidRDefault="00197262" w:rsidP="000179E5">
            <w:pPr>
              <w:rPr>
                <w:rFonts w:ascii="Times New Roman" w:hAnsi="Times New Roman" w:cs="Times New Roman"/>
              </w:rPr>
            </w:pPr>
          </w:p>
        </w:tc>
        <w:tc>
          <w:tcPr>
            <w:tcW w:w="2207" w:type="dxa"/>
            <w:tcBorders>
              <w:left w:val="single" w:sz="4" w:space="0" w:color="auto"/>
              <w:right w:val="nil"/>
            </w:tcBorders>
          </w:tcPr>
          <w:p w14:paraId="7D12D53C" w14:textId="77777777" w:rsidR="00197262" w:rsidRPr="004B73F8" w:rsidRDefault="00197262" w:rsidP="000179E5">
            <w:pPr>
              <w:rPr>
                <w:rFonts w:ascii="Times New Roman" w:hAnsi="Times New Roman" w:cs="Times New Roman"/>
              </w:rPr>
            </w:pPr>
          </w:p>
        </w:tc>
        <w:tc>
          <w:tcPr>
            <w:tcW w:w="2204" w:type="dxa"/>
            <w:tcBorders>
              <w:left w:val="single" w:sz="4" w:space="0" w:color="auto"/>
              <w:right w:val="nil"/>
            </w:tcBorders>
          </w:tcPr>
          <w:p w14:paraId="72CDC55F" w14:textId="77777777" w:rsidR="00197262" w:rsidRPr="004B73F8" w:rsidRDefault="00197262" w:rsidP="000179E5">
            <w:pPr>
              <w:rPr>
                <w:rFonts w:ascii="Times New Roman" w:hAnsi="Times New Roman" w:cs="Times New Roman"/>
              </w:rPr>
            </w:pPr>
          </w:p>
        </w:tc>
      </w:tr>
    </w:tbl>
    <w:p w14:paraId="2B90207E" w14:textId="5288D24A" w:rsidR="00197262" w:rsidRPr="004B73F8" w:rsidRDefault="00197262"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Practical Training Summary (Response: Narrative)</w:t>
      </w:r>
    </w:p>
    <w:p w14:paraId="5A549314" w14:textId="5AFB2028" w:rsidR="00197262" w:rsidRPr="004B73F8" w:rsidRDefault="00197262">
      <w:pPr>
        <w:rPr>
          <w:rFonts w:ascii="Times New Roman" w:hAnsi="Times New Roman" w:cs="Times New Roman"/>
        </w:rPr>
      </w:pPr>
      <w:r w:rsidRPr="004B73F8">
        <w:rPr>
          <w:rFonts w:ascii="Times New Roman" w:hAnsi="Times New Roman" w:cs="Times New Roman"/>
        </w:rPr>
        <w:t>Use the table below to describe how guided practical ministry experience is implemented for each program. Include the structure, supervision, and assessment methods</w:t>
      </w:r>
    </w:p>
    <w:tbl>
      <w:tblPr>
        <w:tblStyle w:val="TableGrid"/>
        <w:tblW w:w="8856" w:type="dxa"/>
        <w:tblLook w:val="04A0" w:firstRow="1" w:lastRow="0" w:firstColumn="1" w:lastColumn="0" w:noHBand="0" w:noVBand="1"/>
      </w:tblPr>
      <w:tblGrid>
        <w:gridCol w:w="1459"/>
        <w:gridCol w:w="1592"/>
        <w:gridCol w:w="1743"/>
        <w:gridCol w:w="1597"/>
        <w:gridCol w:w="1360"/>
        <w:gridCol w:w="1105"/>
      </w:tblGrid>
      <w:tr w:rsidR="00197262" w:rsidRPr="004B73F8" w14:paraId="42B75872" w14:textId="1D18FDFE" w:rsidTr="00197262">
        <w:tc>
          <w:tcPr>
            <w:tcW w:w="1485" w:type="dxa"/>
            <w:tcBorders>
              <w:left w:val="nil"/>
              <w:right w:val="single" w:sz="4" w:space="0" w:color="auto"/>
            </w:tcBorders>
          </w:tcPr>
          <w:p w14:paraId="2A0392C7" w14:textId="55D2E0F5"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 Name</w:t>
            </w:r>
          </w:p>
        </w:tc>
        <w:tc>
          <w:tcPr>
            <w:tcW w:w="1613" w:type="dxa"/>
            <w:tcBorders>
              <w:left w:val="single" w:sz="4" w:space="0" w:color="auto"/>
              <w:right w:val="nil"/>
            </w:tcBorders>
          </w:tcPr>
          <w:p w14:paraId="6622B588" w14:textId="0A6D86B3"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Practical Component Description</w:t>
            </w:r>
          </w:p>
        </w:tc>
        <w:tc>
          <w:tcPr>
            <w:tcW w:w="1759" w:type="dxa"/>
            <w:tcBorders>
              <w:left w:val="single" w:sz="4" w:space="0" w:color="auto"/>
              <w:right w:val="nil"/>
            </w:tcBorders>
          </w:tcPr>
          <w:p w14:paraId="5C9B090E" w14:textId="5CB13B33"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Duration (Weeks/hours)</w:t>
            </w:r>
          </w:p>
        </w:tc>
        <w:tc>
          <w:tcPr>
            <w:tcW w:w="1617" w:type="dxa"/>
            <w:tcBorders>
              <w:left w:val="single" w:sz="4" w:space="0" w:color="auto"/>
              <w:right w:val="nil"/>
            </w:tcBorders>
          </w:tcPr>
          <w:p w14:paraId="17107827" w14:textId="397E504C"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Supervision Method</w:t>
            </w:r>
          </w:p>
        </w:tc>
        <w:tc>
          <w:tcPr>
            <w:tcW w:w="1369" w:type="dxa"/>
            <w:tcBorders>
              <w:left w:val="single" w:sz="4" w:space="0" w:color="auto"/>
              <w:right w:val="nil"/>
            </w:tcBorders>
          </w:tcPr>
          <w:p w14:paraId="7B97B6B6" w14:textId="76332180"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Assessment Method</w:t>
            </w:r>
          </w:p>
        </w:tc>
        <w:tc>
          <w:tcPr>
            <w:tcW w:w="1013" w:type="dxa"/>
            <w:tcBorders>
              <w:left w:val="single" w:sz="4" w:space="0" w:color="auto"/>
              <w:right w:val="nil"/>
            </w:tcBorders>
          </w:tcPr>
          <w:p w14:paraId="62D4BBF5" w14:textId="00D9B712" w:rsidR="00197262" w:rsidRPr="004B73F8" w:rsidRDefault="00197262"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Context Placement</w:t>
            </w:r>
          </w:p>
        </w:tc>
      </w:tr>
      <w:tr w:rsidR="00197262" w:rsidRPr="004B73F8" w14:paraId="38367055" w14:textId="163B992C" w:rsidTr="00197262">
        <w:tc>
          <w:tcPr>
            <w:tcW w:w="1485" w:type="dxa"/>
            <w:tcBorders>
              <w:left w:val="nil"/>
              <w:right w:val="single" w:sz="4" w:space="0" w:color="auto"/>
            </w:tcBorders>
          </w:tcPr>
          <w:p w14:paraId="0EC8D8A5" w14:textId="03D4BB92" w:rsidR="00197262" w:rsidRPr="004B73F8" w:rsidRDefault="00197262" w:rsidP="000179E5">
            <w:pPr>
              <w:rPr>
                <w:rFonts w:ascii="Times New Roman" w:hAnsi="Times New Roman" w:cs="Times New Roman"/>
                <w:sz w:val="20"/>
                <w:szCs w:val="20"/>
              </w:rPr>
            </w:pPr>
          </w:p>
        </w:tc>
        <w:tc>
          <w:tcPr>
            <w:tcW w:w="1613" w:type="dxa"/>
            <w:tcBorders>
              <w:left w:val="single" w:sz="4" w:space="0" w:color="auto"/>
              <w:right w:val="nil"/>
            </w:tcBorders>
          </w:tcPr>
          <w:p w14:paraId="4A2BF381" w14:textId="77777777" w:rsidR="00197262" w:rsidRPr="004B73F8" w:rsidRDefault="00197262" w:rsidP="000179E5">
            <w:pPr>
              <w:rPr>
                <w:rFonts w:ascii="Times New Roman" w:hAnsi="Times New Roman" w:cs="Times New Roman"/>
                <w:sz w:val="20"/>
                <w:szCs w:val="20"/>
              </w:rPr>
            </w:pPr>
          </w:p>
        </w:tc>
        <w:tc>
          <w:tcPr>
            <w:tcW w:w="1759" w:type="dxa"/>
            <w:tcBorders>
              <w:left w:val="single" w:sz="4" w:space="0" w:color="auto"/>
              <w:right w:val="nil"/>
            </w:tcBorders>
          </w:tcPr>
          <w:p w14:paraId="1329733C" w14:textId="77777777" w:rsidR="00197262" w:rsidRPr="004B73F8" w:rsidRDefault="00197262" w:rsidP="000179E5">
            <w:pPr>
              <w:rPr>
                <w:rFonts w:ascii="Times New Roman" w:hAnsi="Times New Roman" w:cs="Times New Roman"/>
                <w:sz w:val="20"/>
                <w:szCs w:val="20"/>
              </w:rPr>
            </w:pPr>
          </w:p>
        </w:tc>
        <w:tc>
          <w:tcPr>
            <w:tcW w:w="1617" w:type="dxa"/>
            <w:tcBorders>
              <w:left w:val="single" w:sz="4" w:space="0" w:color="auto"/>
              <w:right w:val="nil"/>
            </w:tcBorders>
          </w:tcPr>
          <w:p w14:paraId="7F747251" w14:textId="77777777" w:rsidR="00197262" w:rsidRPr="004B73F8" w:rsidRDefault="00197262" w:rsidP="000179E5">
            <w:pPr>
              <w:rPr>
                <w:rFonts w:ascii="Times New Roman" w:hAnsi="Times New Roman" w:cs="Times New Roman"/>
                <w:sz w:val="20"/>
                <w:szCs w:val="20"/>
              </w:rPr>
            </w:pPr>
          </w:p>
        </w:tc>
        <w:tc>
          <w:tcPr>
            <w:tcW w:w="1369" w:type="dxa"/>
            <w:tcBorders>
              <w:left w:val="single" w:sz="4" w:space="0" w:color="auto"/>
              <w:right w:val="nil"/>
            </w:tcBorders>
          </w:tcPr>
          <w:p w14:paraId="469506D0" w14:textId="77777777" w:rsidR="00197262" w:rsidRPr="004B73F8" w:rsidRDefault="00197262" w:rsidP="000179E5">
            <w:pPr>
              <w:rPr>
                <w:rFonts w:ascii="Times New Roman" w:hAnsi="Times New Roman" w:cs="Times New Roman"/>
                <w:sz w:val="20"/>
                <w:szCs w:val="20"/>
              </w:rPr>
            </w:pPr>
          </w:p>
        </w:tc>
        <w:tc>
          <w:tcPr>
            <w:tcW w:w="1013" w:type="dxa"/>
            <w:tcBorders>
              <w:left w:val="single" w:sz="4" w:space="0" w:color="auto"/>
              <w:right w:val="nil"/>
            </w:tcBorders>
          </w:tcPr>
          <w:p w14:paraId="076FE76F" w14:textId="77777777" w:rsidR="00197262" w:rsidRPr="004B73F8" w:rsidRDefault="00197262" w:rsidP="000179E5">
            <w:pPr>
              <w:rPr>
                <w:rFonts w:ascii="Times New Roman" w:hAnsi="Times New Roman" w:cs="Times New Roman"/>
                <w:sz w:val="20"/>
                <w:szCs w:val="20"/>
              </w:rPr>
            </w:pPr>
          </w:p>
        </w:tc>
      </w:tr>
      <w:tr w:rsidR="00197262" w:rsidRPr="004B73F8" w14:paraId="6C577CBB" w14:textId="6B0E3482" w:rsidTr="00197262">
        <w:tc>
          <w:tcPr>
            <w:tcW w:w="1485" w:type="dxa"/>
            <w:tcBorders>
              <w:left w:val="nil"/>
              <w:right w:val="single" w:sz="4" w:space="0" w:color="auto"/>
            </w:tcBorders>
          </w:tcPr>
          <w:p w14:paraId="1B8034D0" w14:textId="132C72BC" w:rsidR="00197262" w:rsidRPr="004B73F8" w:rsidRDefault="00197262" w:rsidP="000179E5">
            <w:pPr>
              <w:rPr>
                <w:rFonts w:ascii="Times New Roman" w:hAnsi="Times New Roman" w:cs="Times New Roman"/>
                <w:sz w:val="20"/>
                <w:szCs w:val="20"/>
              </w:rPr>
            </w:pPr>
          </w:p>
        </w:tc>
        <w:tc>
          <w:tcPr>
            <w:tcW w:w="1613" w:type="dxa"/>
            <w:tcBorders>
              <w:left w:val="single" w:sz="4" w:space="0" w:color="auto"/>
              <w:right w:val="nil"/>
            </w:tcBorders>
          </w:tcPr>
          <w:p w14:paraId="2076D16D" w14:textId="77777777" w:rsidR="00197262" w:rsidRPr="004B73F8" w:rsidRDefault="00197262" w:rsidP="000179E5">
            <w:pPr>
              <w:rPr>
                <w:rFonts w:ascii="Times New Roman" w:hAnsi="Times New Roman" w:cs="Times New Roman"/>
                <w:sz w:val="20"/>
                <w:szCs w:val="20"/>
              </w:rPr>
            </w:pPr>
          </w:p>
        </w:tc>
        <w:tc>
          <w:tcPr>
            <w:tcW w:w="1759" w:type="dxa"/>
            <w:tcBorders>
              <w:left w:val="single" w:sz="4" w:space="0" w:color="auto"/>
              <w:right w:val="nil"/>
            </w:tcBorders>
          </w:tcPr>
          <w:p w14:paraId="094D0F7A" w14:textId="77777777" w:rsidR="00197262" w:rsidRPr="004B73F8" w:rsidRDefault="00197262" w:rsidP="000179E5">
            <w:pPr>
              <w:rPr>
                <w:rFonts w:ascii="Times New Roman" w:hAnsi="Times New Roman" w:cs="Times New Roman"/>
                <w:sz w:val="20"/>
                <w:szCs w:val="20"/>
              </w:rPr>
            </w:pPr>
          </w:p>
        </w:tc>
        <w:tc>
          <w:tcPr>
            <w:tcW w:w="1617" w:type="dxa"/>
            <w:tcBorders>
              <w:left w:val="single" w:sz="4" w:space="0" w:color="auto"/>
              <w:right w:val="nil"/>
            </w:tcBorders>
          </w:tcPr>
          <w:p w14:paraId="43EB4F72" w14:textId="77777777" w:rsidR="00197262" w:rsidRPr="004B73F8" w:rsidRDefault="00197262" w:rsidP="000179E5">
            <w:pPr>
              <w:rPr>
                <w:rFonts w:ascii="Times New Roman" w:hAnsi="Times New Roman" w:cs="Times New Roman"/>
                <w:sz w:val="20"/>
                <w:szCs w:val="20"/>
              </w:rPr>
            </w:pPr>
          </w:p>
        </w:tc>
        <w:tc>
          <w:tcPr>
            <w:tcW w:w="1369" w:type="dxa"/>
            <w:tcBorders>
              <w:left w:val="single" w:sz="4" w:space="0" w:color="auto"/>
              <w:right w:val="nil"/>
            </w:tcBorders>
          </w:tcPr>
          <w:p w14:paraId="70304697" w14:textId="77777777" w:rsidR="00197262" w:rsidRPr="004B73F8" w:rsidRDefault="00197262" w:rsidP="000179E5">
            <w:pPr>
              <w:rPr>
                <w:rFonts w:ascii="Times New Roman" w:hAnsi="Times New Roman" w:cs="Times New Roman"/>
                <w:sz w:val="20"/>
                <w:szCs w:val="20"/>
              </w:rPr>
            </w:pPr>
          </w:p>
        </w:tc>
        <w:tc>
          <w:tcPr>
            <w:tcW w:w="1013" w:type="dxa"/>
            <w:tcBorders>
              <w:left w:val="single" w:sz="4" w:space="0" w:color="auto"/>
              <w:right w:val="nil"/>
            </w:tcBorders>
          </w:tcPr>
          <w:p w14:paraId="1B015F5B" w14:textId="77777777" w:rsidR="00197262" w:rsidRPr="004B73F8" w:rsidRDefault="00197262" w:rsidP="000179E5">
            <w:pPr>
              <w:rPr>
                <w:rFonts w:ascii="Times New Roman" w:hAnsi="Times New Roman" w:cs="Times New Roman"/>
                <w:sz w:val="20"/>
                <w:szCs w:val="20"/>
              </w:rPr>
            </w:pPr>
          </w:p>
        </w:tc>
      </w:tr>
      <w:tr w:rsidR="00197262" w:rsidRPr="004B73F8" w14:paraId="71A931BF" w14:textId="1EB3F0EA" w:rsidTr="00197262">
        <w:tc>
          <w:tcPr>
            <w:tcW w:w="1485" w:type="dxa"/>
            <w:tcBorders>
              <w:left w:val="nil"/>
              <w:right w:val="single" w:sz="4" w:space="0" w:color="auto"/>
            </w:tcBorders>
          </w:tcPr>
          <w:p w14:paraId="735901B9" w14:textId="3BCB5DA8" w:rsidR="00197262" w:rsidRPr="004B73F8" w:rsidRDefault="00197262" w:rsidP="000179E5">
            <w:pPr>
              <w:rPr>
                <w:rFonts w:ascii="Times New Roman" w:hAnsi="Times New Roman" w:cs="Times New Roman"/>
                <w:sz w:val="20"/>
                <w:szCs w:val="20"/>
              </w:rPr>
            </w:pPr>
            <w:r w:rsidRPr="004B73F8">
              <w:rPr>
                <w:rFonts w:ascii="Times New Roman" w:hAnsi="Times New Roman" w:cs="Times New Roman"/>
                <w:sz w:val="20"/>
                <w:szCs w:val="20"/>
              </w:rPr>
              <w:t xml:space="preserve"> </w:t>
            </w:r>
          </w:p>
        </w:tc>
        <w:tc>
          <w:tcPr>
            <w:tcW w:w="1613" w:type="dxa"/>
            <w:tcBorders>
              <w:left w:val="single" w:sz="4" w:space="0" w:color="auto"/>
              <w:right w:val="nil"/>
            </w:tcBorders>
          </w:tcPr>
          <w:p w14:paraId="38A416B6" w14:textId="77777777" w:rsidR="00197262" w:rsidRPr="004B73F8" w:rsidRDefault="00197262" w:rsidP="000179E5">
            <w:pPr>
              <w:rPr>
                <w:rFonts w:ascii="Times New Roman" w:hAnsi="Times New Roman" w:cs="Times New Roman"/>
                <w:sz w:val="20"/>
                <w:szCs w:val="20"/>
              </w:rPr>
            </w:pPr>
          </w:p>
        </w:tc>
        <w:tc>
          <w:tcPr>
            <w:tcW w:w="1759" w:type="dxa"/>
            <w:tcBorders>
              <w:left w:val="single" w:sz="4" w:space="0" w:color="auto"/>
              <w:right w:val="nil"/>
            </w:tcBorders>
          </w:tcPr>
          <w:p w14:paraId="0A080B61" w14:textId="77777777" w:rsidR="00197262" w:rsidRPr="004B73F8" w:rsidRDefault="00197262" w:rsidP="000179E5">
            <w:pPr>
              <w:rPr>
                <w:rFonts w:ascii="Times New Roman" w:hAnsi="Times New Roman" w:cs="Times New Roman"/>
                <w:sz w:val="20"/>
                <w:szCs w:val="20"/>
              </w:rPr>
            </w:pPr>
          </w:p>
        </w:tc>
        <w:tc>
          <w:tcPr>
            <w:tcW w:w="1617" w:type="dxa"/>
            <w:tcBorders>
              <w:left w:val="single" w:sz="4" w:space="0" w:color="auto"/>
              <w:right w:val="nil"/>
            </w:tcBorders>
          </w:tcPr>
          <w:p w14:paraId="65F178DC" w14:textId="77777777" w:rsidR="00197262" w:rsidRPr="004B73F8" w:rsidRDefault="00197262" w:rsidP="000179E5">
            <w:pPr>
              <w:rPr>
                <w:rFonts w:ascii="Times New Roman" w:hAnsi="Times New Roman" w:cs="Times New Roman"/>
                <w:sz w:val="20"/>
                <w:szCs w:val="20"/>
              </w:rPr>
            </w:pPr>
          </w:p>
        </w:tc>
        <w:tc>
          <w:tcPr>
            <w:tcW w:w="1369" w:type="dxa"/>
            <w:tcBorders>
              <w:left w:val="single" w:sz="4" w:space="0" w:color="auto"/>
              <w:right w:val="nil"/>
            </w:tcBorders>
          </w:tcPr>
          <w:p w14:paraId="356FD921" w14:textId="77777777" w:rsidR="00197262" w:rsidRPr="004B73F8" w:rsidRDefault="00197262" w:rsidP="000179E5">
            <w:pPr>
              <w:rPr>
                <w:rFonts w:ascii="Times New Roman" w:hAnsi="Times New Roman" w:cs="Times New Roman"/>
                <w:sz w:val="20"/>
                <w:szCs w:val="20"/>
              </w:rPr>
            </w:pPr>
          </w:p>
        </w:tc>
        <w:tc>
          <w:tcPr>
            <w:tcW w:w="1013" w:type="dxa"/>
            <w:tcBorders>
              <w:left w:val="single" w:sz="4" w:space="0" w:color="auto"/>
              <w:right w:val="nil"/>
            </w:tcBorders>
          </w:tcPr>
          <w:p w14:paraId="782E0617" w14:textId="77777777" w:rsidR="00197262" w:rsidRPr="004B73F8" w:rsidRDefault="00197262" w:rsidP="000179E5">
            <w:pPr>
              <w:rPr>
                <w:rFonts w:ascii="Times New Roman" w:hAnsi="Times New Roman" w:cs="Times New Roman"/>
                <w:sz w:val="20"/>
                <w:szCs w:val="20"/>
              </w:rPr>
            </w:pPr>
          </w:p>
        </w:tc>
      </w:tr>
    </w:tbl>
    <w:p w14:paraId="2C7509EF" w14:textId="0A423BFA" w:rsidR="00197262" w:rsidRPr="004B73F8" w:rsidRDefault="00197262">
      <w:pPr>
        <w:rPr>
          <w:rFonts w:ascii="Times New Roman" w:hAnsi="Times New Roman" w:cs="Times New Roman"/>
        </w:rPr>
      </w:pPr>
    </w:p>
    <w:p w14:paraId="36DFE382" w14:textId="7FBAC412"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Enrolment and Admissions (Standards 4g, 4h)</w:t>
      </w:r>
    </w:p>
    <w:p w14:paraId="4627CC11" w14:textId="77777777" w:rsidR="007F4094" w:rsidRPr="004B73F8" w:rsidRDefault="00B81ECA">
      <w:pPr>
        <w:rPr>
          <w:rFonts w:ascii="Times New Roman" w:hAnsi="Times New Roman" w:cs="Times New Roman"/>
        </w:rPr>
      </w:pPr>
      <w:r w:rsidRPr="004B73F8">
        <w:rPr>
          <w:rFonts w:ascii="Times New Roman" w:hAnsi="Times New Roman" w:cs="Times New Roman"/>
        </w:rPr>
        <w:t>Use tables for enrolment figures and mature-entry students. Include graduation stats and narrative on policy adherence.</w:t>
      </w:r>
    </w:p>
    <w:p w14:paraId="146D7F7D" w14:textId="4290625B" w:rsidR="00AD1295" w:rsidRPr="004B73F8" w:rsidRDefault="00AD1295"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Enrolment Data (Response: Table)</w:t>
      </w:r>
    </w:p>
    <w:tbl>
      <w:tblPr>
        <w:tblStyle w:val="TableGrid"/>
        <w:tblW w:w="9288" w:type="dxa"/>
        <w:tblLook w:val="04A0" w:firstRow="1" w:lastRow="0" w:firstColumn="1" w:lastColumn="0" w:noHBand="0" w:noVBand="1"/>
      </w:tblPr>
      <w:tblGrid>
        <w:gridCol w:w="2238"/>
        <w:gridCol w:w="2208"/>
        <w:gridCol w:w="2206"/>
        <w:gridCol w:w="2636"/>
      </w:tblGrid>
      <w:tr w:rsidR="00AD1295" w:rsidRPr="004B73F8" w14:paraId="63777CC6" w14:textId="6991D79B" w:rsidTr="00AD1295">
        <w:tc>
          <w:tcPr>
            <w:tcW w:w="2238" w:type="dxa"/>
            <w:tcBorders>
              <w:left w:val="nil"/>
              <w:right w:val="single" w:sz="4" w:space="0" w:color="auto"/>
            </w:tcBorders>
          </w:tcPr>
          <w:p w14:paraId="4CE628F8" w14:textId="61A5E99A"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w:t>
            </w:r>
          </w:p>
        </w:tc>
        <w:tc>
          <w:tcPr>
            <w:tcW w:w="2208" w:type="dxa"/>
            <w:tcBorders>
              <w:left w:val="single" w:sz="4" w:space="0" w:color="auto"/>
              <w:right w:val="nil"/>
            </w:tcBorders>
          </w:tcPr>
          <w:p w14:paraId="34BE8D22" w14:textId="09067CC6"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Total Enrolled</w:t>
            </w:r>
          </w:p>
        </w:tc>
        <w:tc>
          <w:tcPr>
            <w:tcW w:w="2206" w:type="dxa"/>
            <w:tcBorders>
              <w:left w:val="single" w:sz="4" w:space="0" w:color="auto"/>
              <w:right w:val="nil"/>
            </w:tcBorders>
          </w:tcPr>
          <w:p w14:paraId="0D391F6E" w14:textId="5990246B"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Full-Time </w:t>
            </w:r>
          </w:p>
        </w:tc>
        <w:tc>
          <w:tcPr>
            <w:tcW w:w="2636" w:type="dxa"/>
            <w:tcBorders>
              <w:left w:val="single" w:sz="4" w:space="0" w:color="auto"/>
              <w:right w:val="nil"/>
            </w:tcBorders>
          </w:tcPr>
          <w:p w14:paraId="1B094EB2" w14:textId="0FC52E08"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Part-time (Provide Fulltime Equivalent) </w:t>
            </w:r>
          </w:p>
        </w:tc>
      </w:tr>
      <w:tr w:rsidR="00AD1295" w:rsidRPr="004B73F8" w14:paraId="7C9AC4ED" w14:textId="4F1CC008" w:rsidTr="00AD1295">
        <w:tc>
          <w:tcPr>
            <w:tcW w:w="2238" w:type="dxa"/>
            <w:tcBorders>
              <w:left w:val="nil"/>
              <w:right w:val="single" w:sz="4" w:space="0" w:color="auto"/>
            </w:tcBorders>
          </w:tcPr>
          <w:p w14:paraId="79FAB282" w14:textId="1A8395DE" w:rsidR="00AD1295" w:rsidRPr="004B73F8" w:rsidRDefault="00AD1295" w:rsidP="000179E5">
            <w:pPr>
              <w:rPr>
                <w:rFonts w:ascii="Times New Roman" w:hAnsi="Times New Roman" w:cs="Times New Roman"/>
                <w:sz w:val="20"/>
                <w:szCs w:val="20"/>
              </w:rPr>
            </w:pPr>
          </w:p>
        </w:tc>
        <w:tc>
          <w:tcPr>
            <w:tcW w:w="2208" w:type="dxa"/>
            <w:tcBorders>
              <w:left w:val="single" w:sz="4" w:space="0" w:color="auto"/>
              <w:right w:val="nil"/>
            </w:tcBorders>
          </w:tcPr>
          <w:p w14:paraId="219F2BBA" w14:textId="77777777" w:rsidR="00AD1295" w:rsidRPr="004B73F8" w:rsidRDefault="00AD1295" w:rsidP="000179E5">
            <w:pPr>
              <w:rPr>
                <w:rFonts w:ascii="Times New Roman" w:hAnsi="Times New Roman" w:cs="Times New Roman"/>
                <w:sz w:val="20"/>
                <w:szCs w:val="20"/>
              </w:rPr>
            </w:pPr>
          </w:p>
        </w:tc>
        <w:tc>
          <w:tcPr>
            <w:tcW w:w="2206" w:type="dxa"/>
            <w:tcBorders>
              <w:left w:val="single" w:sz="4" w:space="0" w:color="auto"/>
              <w:right w:val="nil"/>
            </w:tcBorders>
          </w:tcPr>
          <w:p w14:paraId="725D33D7" w14:textId="77777777" w:rsidR="00AD1295" w:rsidRPr="004B73F8" w:rsidRDefault="00AD1295" w:rsidP="000179E5">
            <w:pPr>
              <w:rPr>
                <w:rFonts w:ascii="Times New Roman" w:hAnsi="Times New Roman" w:cs="Times New Roman"/>
                <w:sz w:val="20"/>
                <w:szCs w:val="20"/>
              </w:rPr>
            </w:pPr>
          </w:p>
        </w:tc>
        <w:tc>
          <w:tcPr>
            <w:tcW w:w="2636" w:type="dxa"/>
            <w:tcBorders>
              <w:left w:val="single" w:sz="4" w:space="0" w:color="auto"/>
              <w:right w:val="nil"/>
            </w:tcBorders>
          </w:tcPr>
          <w:p w14:paraId="1CFFC3AE" w14:textId="77777777" w:rsidR="00AD1295" w:rsidRPr="004B73F8" w:rsidRDefault="00AD1295" w:rsidP="000179E5">
            <w:pPr>
              <w:rPr>
                <w:rFonts w:ascii="Times New Roman" w:hAnsi="Times New Roman" w:cs="Times New Roman"/>
                <w:sz w:val="20"/>
                <w:szCs w:val="20"/>
              </w:rPr>
            </w:pPr>
          </w:p>
        </w:tc>
      </w:tr>
      <w:tr w:rsidR="00AD1295" w:rsidRPr="004B73F8" w14:paraId="7D016A2A" w14:textId="1B02BCB6" w:rsidTr="00AD1295">
        <w:tc>
          <w:tcPr>
            <w:tcW w:w="2238" w:type="dxa"/>
            <w:tcBorders>
              <w:left w:val="nil"/>
              <w:right w:val="single" w:sz="4" w:space="0" w:color="auto"/>
            </w:tcBorders>
          </w:tcPr>
          <w:p w14:paraId="5881A1D2" w14:textId="45191886" w:rsidR="00AD1295" w:rsidRPr="004B73F8" w:rsidRDefault="00AD1295" w:rsidP="000179E5">
            <w:pPr>
              <w:rPr>
                <w:rFonts w:ascii="Times New Roman" w:hAnsi="Times New Roman" w:cs="Times New Roman"/>
                <w:sz w:val="20"/>
                <w:szCs w:val="20"/>
              </w:rPr>
            </w:pPr>
          </w:p>
        </w:tc>
        <w:tc>
          <w:tcPr>
            <w:tcW w:w="2208" w:type="dxa"/>
            <w:tcBorders>
              <w:left w:val="single" w:sz="4" w:space="0" w:color="auto"/>
              <w:right w:val="nil"/>
            </w:tcBorders>
          </w:tcPr>
          <w:p w14:paraId="0029DA85" w14:textId="77777777" w:rsidR="00AD1295" w:rsidRPr="004B73F8" w:rsidRDefault="00AD1295" w:rsidP="000179E5">
            <w:pPr>
              <w:rPr>
                <w:rFonts w:ascii="Times New Roman" w:hAnsi="Times New Roman" w:cs="Times New Roman"/>
                <w:sz w:val="20"/>
                <w:szCs w:val="20"/>
              </w:rPr>
            </w:pPr>
          </w:p>
        </w:tc>
        <w:tc>
          <w:tcPr>
            <w:tcW w:w="2206" w:type="dxa"/>
            <w:tcBorders>
              <w:left w:val="single" w:sz="4" w:space="0" w:color="auto"/>
              <w:right w:val="nil"/>
            </w:tcBorders>
          </w:tcPr>
          <w:p w14:paraId="60B0E300" w14:textId="77777777" w:rsidR="00AD1295" w:rsidRPr="004B73F8" w:rsidRDefault="00AD1295" w:rsidP="000179E5">
            <w:pPr>
              <w:rPr>
                <w:rFonts w:ascii="Times New Roman" w:hAnsi="Times New Roman" w:cs="Times New Roman"/>
                <w:sz w:val="20"/>
                <w:szCs w:val="20"/>
              </w:rPr>
            </w:pPr>
          </w:p>
        </w:tc>
        <w:tc>
          <w:tcPr>
            <w:tcW w:w="2636" w:type="dxa"/>
            <w:tcBorders>
              <w:left w:val="single" w:sz="4" w:space="0" w:color="auto"/>
              <w:right w:val="nil"/>
            </w:tcBorders>
          </w:tcPr>
          <w:p w14:paraId="530E4511" w14:textId="77777777" w:rsidR="00AD1295" w:rsidRPr="004B73F8" w:rsidRDefault="00AD1295" w:rsidP="000179E5">
            <w:pPr>
              <w:rPr>
                <w:rFonts w:ascii="Times New Roman" w:hAnsi="Times New Roman" w:cs="Times New Roman"/>
                <w:sz w:val="20"/>
                <w:szCs w:val="20"/>
              </w:rPr>
            </w:pPr>
          </w:p>
        </w:tc>
      </w:tr>
      <w:tr w:rsidR="00AD1295" w:rsidRPr="004B73F8" w14:paraId="1DE650E1" w14:textId="657C8ACB" w:rsidTr="00AD1295">
        <w:tc>
          <w:tcPr>
            <w:tcW w:w="2238" w:type="dxa"/>
            <w:tcBorders>
              <w:left w:val="nil"/>
              <w:right w:val="single" w:sz="4" w:space="0" w:color="auto"/>
            </w:tcBorders>
          </w:tcPr>
          <w:p w14:paraId="3A52BC74" w14:textId="6ECEB354" w:rsidR="00AD1295" w:rsidRPr="004B73F8" w:rsidRDefault="00AD1295" w:rsidP="000179E5">
            <w:pPr>
              <w:rPr>
                <w:rFonts w:ascii="Times New Roman" w:hAnsi="Times New Roman" w:cs="Times New Roman"/>
                <w:sz w:val="20"/>
                <w:szCs w:val="20"/>
              </w:rPr>
            </w:pPr>
          </w:p>
        </w:tc>
        <w:tc>
          <w:tcPr>
            <w:tcW w:w="2208" w:type="dxa"/>
            <w:tcBorders>
              <w:left w:val="single" w:sz="4" w:space="0" w:color="auto"/>
              <w:right w:val="nil"/>
            </w:tcBorders>
          </w:tcPr>
          <w:p w14:paraId="131476E6" w14:textId="77777777" w:rsidR="00AD1295" w:rsidRPr="004B73F8" w:rsidRDefault="00AD1295" w:rsidP="000179E5">
            <w:pPr>
              <w:rPr>
                <w:rFonts w:ascii="Times New Roman" w:hAnsi="Times New Roman" w:cs="Times New Roman"/>
                <w:sz w:val="20"/>
                <w:szCs w:val="20"/>
              </w:rPr>
            </w:pPr>
          </w:p>
        </w:tc>
        <w:tc>
          <w:tcPr>
            <w:tcW w:w="2206" w:type="dxa"/>
            <w:tcBorders>
              <w:left w:val="single" w:sz="4" w:space="0" w:color="auto"/>
              <w:right w:val="nil"/>
            </w:tcBorders>
          </w:tcPr>
          <w:p w14:paraId="13221758" w14:textId="77777777" w:rsidR="00AD1295" w:rsidRPr="004B73F8" w:rsidRDefault="00AD1295" w:rsidP="000179E5">
            <w:pPr>
              <w:rPr>
                <w:rFonts w:ascii="Times New Roman" w:hAnsi="Times New Roman" w:cs="Times New Roman"/>
                <w:sz w:val="20"/>
                <w:szCs w:val="20"/>
              </w:rPr>
            </w:pPr>
          </w:p>
        </w:tc>
        <w:tc>
          <w:tcPr>
            <w:tcW w:w="2636" w:type="dxa"/>
            <w:tcBorders>
              <w:left w:val="single" w:sz="4" w:space="0" w:color="auto"/>
              <w:right w:val="nil"/>
            </w:tcBorders>
          </w:tcPr>
          <w:p w14:paraId="75E583FB" w14:textId="77777777" w:rsidR="00AD1295" w:rsidRPr="004B73F8" w:rsidRDefault="00AD1295" w:rsidP="000179E5">
            <w:pPr>
              <w:rPr>
                <w:rFonts w:ascii="Times New Roman" w:hAnsi="Times New Roman" w:cs="Times New Roman"/>
                <w:sz w:val="20"/>
                <w:szCs w:val="20"/>
              </w:rPr>
            </w:pPr>
          </w:p>
        </w:tc>
      </w:tr>
    </w:tbl>
    <w:p w14:paraId="726FFA67" w14:textId="44128719" w:rsidR="00AD1295" w:rsidRPr="004B73F8" w:rsidRDefault="00AD1295"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New Admission Compliance (Response: Narrative)</w:t>
      </w:r>
    </w:p>
    <w:p w14:paraId="77A8EEF0" w14:textId="4F74852C" w:rsidR="00AD1295" w:rsidRPr="004B73F8" w:rsidRDefault="00AD1295">
      <w:pPr>
        <w:rPr>
          <w:rFonts w:ascii="Times New Roman" w:hAnsi="Times New Roman" w:cs="Times New Roman"/>
        </w:rPr>
      </w:pPr>
      <w:r w:rsidRPr="004B73F8">
        <w:rPr>
          <w:rFonts w:ascii="Times New Roman" w:hAnsi="Times New Roman" w:cs="Times New Roman"/>
          <w:i/>
          <w:iCs/>
        </w:rPr>
        <w:t xml:space="preserve">Please state how the </w:t>
      </w:r>
      <w:proofErr w:type="spellStart"/>
      <w:r w:rsidRPr="004B73F8">
        <w:rPr>
          <w:rFonts w:ascii="Times New Roman" w:hAnsi="Times New Roman" w:cs="Times New Roman"/>
          <w:i/>
          <w:iCs/>
        </w:rPr>
        <w:t>instituation</w:t>
      </w:r>
      <w:proofErr w:type="spellEnd"/>
      <w:r w:rsidRPr="004B73F8">
        <w:rPr>
          <w:rFonts w:ascii="Times New Roman" w:hAnsi="Times New Roman" w:cs="Times New Roman"/>
          <w:i/>
          <w:iCs/>
        </w:rPr>
        <w:t xml:space="preserve"> ensures compliance with ACTEA admission policies</w:t>
      </w:r>
      <w:r w:rsidRPr="004B73F8">
        <w:rPr>
          <w:rFonts w:ascii="Times New Roman" w:hAnsi="Times New Roman" w:cs="Times New Roman"/>
        </w:rPr>
        <w:t>.</w:t>
      </w:r>
    </w:p>
    <w:p w14:paraId="77B2CA31" w14:textId="189E4695" w:rsidR="00AD1295" w:rsidRPr="004B73F8" w:rsidRDefault="00AD1295"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Mature Entry Use (Response: Table)</w:t>
      </w:r>
    </w:p>
    <w:tbl>
      <w:tblPr>
        <w:tblStyle w:val="TableGrid"/>
        <w:tblW w:w="7308" w:type="dxa"/>
        <w:tblLook w:val="04A0" w:firstRow="1" w:lastRow="0" w:firstColumn="1" w:lastColumn="0" w:noHBand="0" w:noVBand="1"/>
      </w:tblPr>
      <w:tblGrid>
        <w:gridCol w:w="2538"/>
        <w:gridCol w:w="3240"/>
        <w:gridCol w:w="1530"/>
      </w:tblGrid>
      <w:tr w:rsidR="00AD1295" w:rsidRPr="004B73F8" w14:paraId="011B276B" w14:textId="77777777" w:rsidTr="00AD1295">
        <w:tc>
          <w:tcPr>
            <w:tcW w:w="2538" w:type="dxa"/>
            <w:tcBorders>
              <w:left w:val="nil"/>
              <w:right w:val="single" w:sz="4" w:space="0" w:color="auto"/>
            </w:tcBorders>
          </w:tcPr>
          <w:p w14:paraId="737035C9" w14:textId="611667FD"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w:t>
            </w:r>
          </w:p>
        </w:tc>
        <w:tc>
          <w:tcPr>
            <w:tcW w:w="3240" w:type="dxa"/>
            <w:tcBorders>
              <w:left w:val="single" w:sz="4" w:space="0" w:color="auto"/>
              <w:right w:val="nil"/>
            </w:tcBorders>
          </w:tcPr>
          <w:p w14:paraId="32CC58A8" w14:textId="1E1B383C"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 of Mature Entry Students </w:t>
            </w:r>
          </w:p>
        </w:tc>
        <w:tc>
          <w:tcPr>
            <w:tcW w:w="1530" w:type="dxa"/>
            <w:tcBorders>
              <w:left w:val="single" w:sz="4" w:space="0" w:color="auto"/>
              <w:right w:val="nil"/>
            </w:tcBorders>
          </w:tcPr>
          <w:p w14:paraId="6471E997" w14:textId="4634E720"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Total %</w:t>
            </w:r>
          </w:p>
        </w:tc>
      </w:tr>
      <w:tr w:rsidR="00AD1295" w:rsidRPr="004B73F8" w14:paraId="1CE9B037" w14:textId="77777777" w:rsidTr="00AD1295">
        <w:tc>
          <w:tcPr>
            <w:tcW w:w="2538" w:type="dxa"/>
            <w:tcBorders>
              <w:left w:val="nil"/>
              <w:right w:val="single" w:sz="4" w:space="0" w:color="auto"/>
            </w:tcBorders>
          </w:tcPr>
          <w:p w14:paraId="09C3D405" w14:textId="7693A358" w:rsidR="00AD1295" w:rsidRPr="004B73F8" w:rsidRDefault="00AD1295" w:rsidP="000179E5">
            <w:pPr>
              <w:rPr>
                <w:rFonts w:ascii="Times New Roman" w:hAnsi="Times New Roman" w:cs="Times New Roman"/>
                <w:sz w:val="20"/>
                <w:szCs w:val="20"/>
              </w:rPr>
            </w:pPr>
          </w:p>
        </w:tc>
        <w:tc>
          <w:tcPr>
            <w:tcW w:w="3240" w:type="dxa"/>
            <w:tcBorders>
              <w:left w:val="single" w:sz="4" w:space="0" w:color="auto"/>
              <w:right w:val="nil"/>
            </w:tcBorders>
          </w:tcPr>
          <w:p w14:paraId="38A9745F" w14:textId="77777777" w:rsidR="00AD1295" w:rsidRPr="004B73F8" w:rsidRDefault="00AD1295" w:rsidP="000179E5">
            <w:pPr>
              <w:rPr>
                <w:rFonts w:ascii="Times New Roman" w:hAnsi="Times New Roman" w:cs="Times New Roman"/>
                <w:sz w:val="20"/>
                <w:szCs w:val="20"/>
              </w:rPr>
            </w:pPr>
          </w:p>
        </w:tc>
        <w:tc>
          <w:tcPr>
            <w:tcW w:w="1530" w:type="dxa"/>
            <w:tcBorders>
              <w:left w:val="single" w:sz="4" w:space="0" w:color="auto"/>
              <w:right w:val="nil"/>
            </w:tcBorders>
          </w:tcPr>
          <w:p w14:paraId="57E23A76" w14:textId="77777777" w:rsidR="00AD1295" w:rsidRPr="004B73F8" w:rsidRDefault="00AD1295" w:rsidP="000179E5">
            <w:pPr>
              <w:rPr>
                <w:rFonts w:ascii="Times New Roman" w:hAnsi="Times New Roman" w:cs="Times New Roman"/>
                <w:sz w:val="20"/>
                <w:szCs w:val="20"/>
              </w:rPr>
            </w:pPr>
          </w:p>
        </w:tc>
      </w:tr>
      <w:tr w:rsidR="00AD1295" w:rsidRPr="004B73F8" w14:paraId="4FBBE25E" w14:textId="77777777" w:rsidTr="00AD1295">
        <w:tc>
          <w:tcPr>
            <w:tcW w:w="2538" w:type="dxa"/>
            <w:tcBorders>
              <w:left w:val="nil"/>
              <w:right w:val="single" w:sz="4" w:space="0" w:color="auto"/>
            </w:tcBorders>
          </w:tcPr>
          <w:p w14:paraId="4C19DE4F" w14:textId="18EE5651" w:rsidR="00AD1295" w:rsidRPr="004B73F8" w:rsidRDefault="00AD1295" w:rsidP="000179E5">
            <w:pPr>
              <w:rPr>
                <w:rFonts w:ascii="Times New Roman" w:hAnsi="Times New Roman" w:cs="Times New Roman"/>
                <w:sz w:val="20"/>
                <w:szCs w:val="20"/>
              </w:rPr>
            </w:pPr>
          </w:p>
        </w:tc>
        <w:tc>
          <w:tcPr>
            <w:tcW w:w="3240" w:type="dxa"/>
            <w:tcBorders>
              <w:left w:val="single" w:sz="4" w:space="0" w:color="auto"/>
              <w:right w:val="nil"/>
            </w:tcBorders>
          </w:tcPr>
          <w:p w14:paraId="17725C9C" w14:textId="77777777" w:rsidR="00AD1295" w:rsidRPr="004B73F8" w:rsidRDefault="00AD1295" w:rsidP="000179E5">
            <w:pPr>
              <w:rPr>
                <w:rFonts w:ascii="Times New Roman" w:hAnsi="Times New Roman" w:cs="Times New Roman"/>
                <w:sz w:val="20"/>
                <w:szCs w:val="20"/>
              </w:rPr>
            </w:pPr>
          </w:p>
        </w:tc>
        <w:tc>
          <w:tcPr>
            <w:tcW w:w="1530" w:type="dxa"/>
            <w:tcBorders>
              <w:left w:val="single" w:sz="4" w:space="0" w:color="auto"/>
              <w:right w:val="nil"/>
            </w:tcBorders>
          </w:tcPr>
          <w:p w14:paraId="19579355" w14:textId="77777777" w:rsidR="00AD1295" w:rsidRPr="004B73F8" w:rsidRDefault="00AD1295" w:rsidP="000179E5">
            <w:pPr>
              <w:rPr>
                <w:rFonts w:ascii="Times New Roman" w:hAnsi="Times New Roman" w:cs="Times New Roman"/>
                <w:sz w:val="20"/>
                <w:szCs w:val="20"/>
              </w:rPr>
            </w:pPr>
          </w:p>
        </w:tc>
      </w:tr>
      <w:tr w:rsidR="00AD1295" w:rsidRPr="004B73F8" w14:paraId="3B90683C" w14:textId="77777777" w:rsidTr="00AD1295">
        <w:tc>
          <w:tcPr>
            <w:tcW w:w="2538" w:type="dxa"/>
            <w:tcBorders>
              <w:left w:val="nil"/>
              <w:right w:val="single" w:sz="4" w:space="0" w:color="auto"/>
            </w:tcBorders>
          </w:tcPr>
          <w:p w14:paraId="75E81CB7" w14:textId="0A7211E8" w:rsidR="00AD1295" w:rsidRPr="004B73F8" w:rsidRDefault="00AD1295" w:rsidP="000179E5">
            <w:pPr>
              <w:rPr>
                <w:rFonts w:ascii="Times New Roman" w:hAnsi="Times New Roman" w:cs="Times New Roman"/>
                <w:sz w:val="20"/>
                <w:szCs w:val="20"/>
              </w:rPr>
            </w:pPr>
          </w:p>
        </w:tc>
        <w:tc>
          <w:tcPr>
            <w:tcW w:w="3240" w:type="dxa"/>
            <w:tcBorders>
              <w:left w:val="single" w:sz="4" w:space="0" w:color="auto"/>
              <w:right w:val="nil"/>
            </w:tcBorders>
          </w:tcPr>
          <w:p w14:paraId="64A2A040" w14:textId="77777777" w:rsidR="00AD1295" w:rsidRPr="004B73F8" w:rsidRDefault="00AD1295" w:rsidP="000179E5">
            <w:pPr>
              <w:rPr>
                <w:rFonts w:ascii="Times New Roman" w:hAnsi="Times New Roman" w:cs="Times New Roman"/>
                <w:sz w:val="20"/>
                <w:szCs w:val="20"/>
              </w:rPr>
            </w:pPr>
          </w:p>
        </w:tc>
        <w:tc>
          <w:tcPr>
            <w:tcW w:w="1530" w:type="dxa"/>
            <w:tcBorders>
              <w:left w:val="single" w:sz="4" w:space="0" w:color="auto"/>
              <w:right w:val="nil"/>
            </w:tcBorders>
          </w:tcPr>
          <w:p w14:paraId="4DEA962F" w14:textId="77777777" w:rsidR="00AD1295" w:rsidRPr="004B73F8" w:rsidRDefault="00AD1295" w:rsidP="000179E5">
            <w:pPr>
              <w:rPr>
                <w:rFonts w:ascii="Times New Roman" w:hAnsi="Times New Roman" w:cs="Times New Roman"/>
                <w:sz w:val="20"/>
                <w:szCs w:val="20"/>
              </w:rPr>
            </w:pPr>
          </w:p>
        </w:tc>
      </w:tr>
    </w:tbl>
    <w:p w14:paraId="105A4E08" w14:textId="77777777" w:rsidR="00AD1295" w:rsidRPr="004B73F8" w:rsidRDefault="00AD1295">
      <w:pPr>
        <w:rPr>
          <w:rFonts w:ascii="Times New Roman" w:hAnsi="Times New Roman" w:cs="Times New Roman"/>
        </w:rPr>
      </w:pPr>
    </w:p>
    <w:p w14:paraId="1B6319E4" w14:textId="022F6D73" w:rsidR="00AD1295" w:rsidRPr="004B73F8" w:rsidRDefault="00AD1295"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Graduation Summary (Response: table)</w:t>
      </w:r>
    </w:p>
    <w:tbl>
      <w:tblPr>
        <w:tblStyle w:val="TableGrid"/>
        <w:tblW w:w="7308" w:type="dxa"/>
        <w:tblLook w:val="04A0" w:firstRow="1" w:lastRow="0" w:firstColumn="1" w:lastColumn="0" w:noHBand="0" w:noVBand="1"/>
      </w:tblPr>
      <w:tblGrid>
        <w:gridCol w:w="2243"/>
        <w:gridCol w:w="2213"/>
        <w:gridCol w:w="2852"/>
      </w:tblGrid>
      <w:tr w:rsidR="00AD1295" w:rsidRPr="004B73F8" w14:paraId="4C0CBAEB" w14:textId="77777777" w:rsidTr="00AD1295">
        <w:tc>
          <w:tcPr>
            <w:tcW w:w="2243" w:type="dxa"/>
            <w:tcBorders>
              <w:left w:val="nil"/>
              <w:right w:val="single" w:sz="4" w:space="0" w:color="auto"/>
            </w:tcBorders>
          </w:tcPr>
          <w:p w14:paraId="24DC69DC" w14:textId="1075E2E5"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Program</w:t>
            </w:r>
          </w:p>
        </w:tc>
        <w:tc>
          <w:tcPr>
            <w:tcW w:w="2213" w:type="dxa"/>
            <w:tcBorders>
              <w:left w:val="single" w:sz="4" w:space="0" w:color="auto"/>
              <w:right w:val="nil"/>
            </w:tcBorders>
          </w:tcPr>
          <w:p w14:paraId="36D5DCC3" w14:textId="520C3DCA" w:rsidR="00AD1295" w:rsidRPr="004B73F8" w:rsidRDefault="008771DE" w:rsidP="000179E5">
            <w:pPr>
              <w:rPr>
                <w:rFonts w:ascii="Times New Roman" w:hAnsi="Times New Roman" w:cs="Times New Roman"/>
                <w:b/>
                <w:bCs/>
                <w:color w:val="0070C0"/>
                <w:sz w:val="20"/>
                <w:szCs w:val="20"/>
              </w:rPr>
            </w:pPr>
            <w:r>
              <w:rPr>
                <w:rFonts w:ascii="Times New Roman" w:hAnsi="Times New Roman" w:cs="Times New Roman"/>
                <w:b/>
                <w:bCs/>
                <w:color w:val="0070C0"/>
                <w:sz w:val="20"/>
                <w:szCs w:val="20"/>
              </w:rPr>
              <w:t xml:space="preserve">Number of </w:t>
            </w:r>
            <w:r w:rsidR="00AD1295" w:rsidRPr="004B73F8">
              <w:rPr>
                <w:rFonts w:ascii="Times New Roman" w:hAnsi="Times New Roman" w:cs="Times New Roman"/>
                <w:b/>
                <w:bCs/>
                <w:color w:val="0070C0"/>
                <w:sz w:val="20"/>
                <w:szCs w:val="20"/>
              </w:rPr>
              <w:t xml:space="preserve">Graduates </w:t>
            </w:r>
          </w:p>
        </w:tc>
        <w:tc>
          <w:tcPr>
            <w:tcW w:w="2852" w:type="dxa"/>
            <w:tcBorders>
              <w:left w:val="single" w:sz="4" w:space="0" w:color="auto"/>
              <w:right w:val="nil"/>
            </w:tcBorders>
          </w:tcPr>
          <w:p w14:paraId="4582F563" w14:textId="0803279F" w:rsidR="00AD1295" w:rsidRPr="004B73F8" w:rsidRDefault="00AD1295"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Average Completion Time</w:t>
            </w:r>
          </w:p>
        </w:tc>
      </w:tr>
      <w:tr w:rsidR="00AD1295" w:rsidRPr="004B73F8" w14:paraId="21651BB2" w14:textId="77777777" w:rsidTr="00AD1295">
        <w:tc>
          <w:tcPr>
            <w:tcW w:w="2243" w:type="dxa"/>
            <w:tcBorders>
              <w:left w:val="nil"/>
              <w:right w:val="single" w:sz="4" w:space="0" w:color="auto"/>
            </w:tcBorders>
          </w:tcPr>
          <w:p w14:paraId="1F6BAF0D" w14:textId="1692BC3C" w:rsidR="00AD1295" w:rsidRPr="004B73F8" w:rsidRDefault="00A34860" w:rsidP="000179E5">
            <w:pPr>
              <w:rPr>
                <w:rFonts w:ascii="Times New Roman" w:hAnsi="Times New Roman" w:cs="Times New Roman"/>
                <w:sz w:val="20"/>
                <w:szCs w:val="20"/>
              </w:rPr>
            </w:pPr>
            <w:r>
              <w:rPr>
                <w:rFonts w:ascii="Times New Roman" w:hAnsi="Times New Roman" w:cs="Times New Roman"/>
                <w:sz w:val="20"/>
                <w:szCs w:val="20"/>
              </w:rPr>
              <w:t>Male</w:t>
            </w:r>
          </w:p>
        </w:tc>
        <w:tc>
          <w:tcPr>
            <w:tcW w:w="2213" w:type="dxa"/>
            <w:tcBorders>
              <w:left w:val="single" w:sz="4" w:space="0" w:color="auto"/>
              <w:right w:val="nil"/>
            </w:tcBorders>
          </w:tcPr>
          <w:p w14:paraId="01274BDC" w14:textId="77777777" w:rsidR="00AD1295" w:rsidRPr="004B73F8" w:rsidRDefault="00AD1295" w:rsidP="000179E5">
            <w:pPr>
              <w:rPr>
                <w:rFonts w:ascii="Times New Roman" w:hAnsi="Times New Roman" w:cs="Times New Roman"/>
                <w:sz w:val="20"/>
                <w:szCs w:val="20"/>
              </w:rPr>
            </w:pPr>
          </w:p>
        </w:tc>
        <w:tc>
          <w:tcPr>
            <w:tcW w:w="2852" w:type="dxa"/>
            <w:tcBorders>
              <w:left w:val="single" w:sz="4" w:space="0" w:color="auto"/>
              <w:right w:val="nil"/>
            </w:tcBorders>
          </w:tcPr>
          <w:p w14:paraId="5B95EAFF" w14:textId="77777777" w:rsidR="00AD1295" w:rsidRPr="004B73F8" w:rsidRDefault="00AD1295" w:rsidP="000179E5">
            <w:pPr>
              <w:rPr>
                <w:rFonts w:ascii="Times New Roman" w:hAnsi="Times New Roman" w:cs="Times New Roman"/>
                <w:sz w:val="20"/>
                <w:szCs w:val="20"/>
              </w:rPr>
            </w:pPr>
          </w:p>
        </w:tc>
      </w:tr>
      <w:tr w:rsidR="00AD1295" w:rsidRPr="004B73F8" w14:paraId="326AE3B6" w14:textId="77777777" w:rsidTr="00AD1295">
        <w:tc>
          <w:tcPr>
            <w:tcW w:w="2243" w:type="dxa"/>
            <w:tcBorders>
              <w:left w:val="nil"/>
              <w:right w:val="single" w:sz="4" w:space="0" w:color="auto"/>
            </w:tcBorders>
          </w:tcPr>
          <w:p w14:paraId="3EE43F8D" w14:textId="439C453D" w:rsidR="00AD1295" w:rsidRPr="004B73F8" w:rsidRDefault="00AD1295" w:rsidP="000179E5">
            <w:pPr>
              <w:rPr>
                <w:rFonts w:ascii="Times New Roman" w:hAnsi="Times New Roman" w:cs="Times New Roman"/>
                <w:sz w:val="20"/>
                <w:szCs w:val="20"/>
              </w:rPr>
            </w:pPr>
            <w:r w:rsidRPr="004B73F8">
              <w:rPr>
                <w:rFonts w:ascii="Times New Roman" w:hAnsi="Times New Roman" w:cs="Times New Roman"/>
                <w:sz w:val="20"/>
                <w:szCs w:val="20"/>
              </w:rPr>
              <w:t xml:space="preserve">Female </w:t>
            </w:r>
          </w:p>
        </w:tc>
        <w:tc>
          <w:tcPr>
            <w:tcW w:w="2213" w:type="dxa"/>
            <w:tcBorders>
              <w:left w:val="single" w:sz="4" w:space="0" w:color="auto"/>
              <w:right w:val="nil"/>
            </w:tcBorders>
          </w:tcPr>
          <w:p w14:paraId="5566CD6D" w14:textId="77777777" w:rsidR="00AD1295" w:rsidRPr="004B73F8" w:rsidRDefault="00AD1295" w:rsidP="000179E5">
            <w:pPr>
              <w:rPr>
                <w:rFonts w:ascii="Times New Roman" w:hAnsi="Times New Roman" w:cs="Times New Roman"/>
                <w:sz w:val="20"/>
                <w:szCs w:val="20"/>
              </w:rPr>
            </w:pPr>
          </w:p>
        </w:tc>
        <w:tc>
          <w:tcPr>
            <w:tcW w:w="2852" w:type="dxa"/>
            <w:tcBorders>
              <w:left w:val="single" w:sz="4" w:space="0" w:color="auto"/>
              <w:right w:val="nil"/>
            </w:tcBorders>
          </w:tcPr>
          <w:p w14:paraId="63E3BA31" w14:textId="77777777" w:rsidR="00AD1295" w:rsidRPr="004B73F8" w:rsidRDefault="00AD1295" w:rsidP="000179E5">
            <w:pPr>
              <w:rPr>
                <w:rFonts w:ascii="Times New Roman" w:hAnsi="Times New Roman" w:cs="Times New Roman"/>
                <w:sz w:val="20"/>
                <w:szCs w:val="20"/>
              </w:rPr>
            </w:pPr>
          </w:p>
        </w:tc>
      </w:tr>
    </w:tbl>
    <w:p w14:paraId="1560279D" w14:textId="77777777" w:rsidR="00AD1295" w:rsidRPr="004B73F8" w:rsidRDefault="00AD1295">
      <w:pPr>
        <w:rPr>
          <w:rFonts w:ascii="Times New Roman" w:hAnsi="Times New Roman" w:cs="Times New Roman"/>
        </w:rPr>
      </w:pPr>
    </w:p>
    <w:p w14:paraId="3B5915F7" w14:textId="000C4BF2" w:rsidR="00C61A5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Student Life and Support (Standard 5)</w:t>
      </w:r>
    </w:p>
    <w:p w14:paraId="68CBB7E0" w14:textId="05617C58" w:rsidR="00C61A54" w:rsidRPr="004B73F8" w:rsidRDefault="00C61A54"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Student Formation Approach (Response: Narrative)</w:t>
      </w:r>
      <w:r w:rsidR="002B5738">
        <w:rPr>
          <w:rFonts w:ascii="Times New Roman" w:hAnsi="Times New Roman" w:cs="Times New Roman"/>
          <w:i/>
          <w:iCs/>
        </w:rPr>
        <w:t xml:space="preserve">- provide your response under each </w:t>
      </w:r>
      <w:proofErr w:type="spellStart"/>
      <w:r w:rsidR="002B5738">
        <w:rPr>
          <w:rFonts w:ascii="Times New Roman" w:hAnsi="Times New Roman" w:cs="Times New Roman"/>
          <w:i/>
          <w:iCs/>
        </w:rPr>
        <w:t>bulletpointed</w:t>
      </w:r>
      <w:proofErr w:type="spellEnd"/>
      <w:r w:rsidR="002B5738">
        <w:rPr>
          <w:rFonts w:ascii="Times New Roman" w:hAnsi="Times New Roman" w:cs="Times New Roman"/>
          <w:i/>
          <w:iCs/>
        </w:rPr>
        <w:t xml:space="preserve"> </w:t>
      </w:r>
      <w:r w:rsidR="003639D1">
        <w:rPr>
          <w:rFonts w:ascii="Times New Roman" w:hAnsi="Times New Roman" w:cs="Times New Roman"/>
          <w:i/>
          <w:iCs/>
        </w:rPr>
        <w:t>outline</w:t>
      </w:r>
    </w:p>
    <w:p w14:paraId="626B5338" w14:textId="7012BBFF" w:rsidR="007F4094" w:rsidRPr="004B73F8" w:rsidRDefault="00C61A54">
      <w:pPr>
        <w:rPr>
          <w:rFonts w:ascii="Times New Roman" w:hAnsi="Times New Roman" w:cs="Times New Roman"/>
          <w:sz w:val="20"/>
          <w:szCs w:val="20"/>
        </w:rPr>
      </w:pPr>
      <w:r w:rsidRPr="004B73F8">
        <w:rPr>
          <w:rFonts w:ascii="Times New Roman" w:hAnsi="Times New Roman" w:cs="Times New Roman"/>
          <w:sz w:val="20"/>
          <w:szCs w:val="20"/>
        </w:rPr>
        <w:t xml:space="preserve">Please use narrative paragraph or bullet points with brief </w:t>
      </w:r>
      <w:proofErr w:type="spellStart"/>
      <w:r w:rsidRPr="004B73F8">
        <w:rPr>
          <w:rFonts w:ascii="Times New Roman" w:hAnsi="Times New Roman" w:cs="Times New Roman"/>
          <w:sz w:val="20"/>
          <w:szCs w:val="20"/>
        </w:rPr>
        <w:t>explation</w:t>
      </w:r>
      <w:proofErr w:type="spellEnd"/>
      <w:r w:rsidRPr="004B73F8">
        <w:rPr>
          <w:rFonts w:ascii="Times New Roman" w:hAnsi="Times New Roman" w:cs="Times New Roman"/>
          <w:sz w:val="20"/>
          <w:szCs w:val="20"/>
        </w:rPr>
        <w:t>. What to include:</w:t>
      </w:r>
    </w:p>
    <w:p w14:paraId="6D5908D1" w14:textId="23428A47" w:rsidR="00C61A54" w:rsidRPr="004B73F8" w:rsidRDefault="00C61A54" w:rsidP="004B73F8">
      <w:pPr>
        <w:pStyle w:val="ListParagraph"/>
        <w:numPr>
          <w:ilvl w:val="0"/>
          <w:numId w:val="9"/>
        </w:numPr>
        <w:rPr>
          <w:rFonts w:ascii="Times New Roman" w:hAnsi="Times New Roman" w:cs="Times New Roman"/>
          <w:sz w:val="20"/>
          <w:szCs w:val="20"/>
        </w:rPr>
      </w:pPr>
      <w:proofErr w:type="spellStart"/>
      <w:r w:rsidRPr="004B73F8">
        <w:rPr>
          <w:rFonts w:ascii="Times New Roman" w:hAnsi="Times New Roman" w:cs="Times New Roman"/>
          <w:sz w:val="20"/>
          <w:szCs w:val="20"/>
        </w:rPr>
        <w:t>Spirutal</w:t>
      </w:r>
      <w:proofErr w:type="spellEnd"/>
      <w:r w:rsidRPr="004B73F8">
        <w:rPr>
          <w:rFonts w:ascii="Times New Roman" w:hAnsi="Times New Roman" w:cs="Times New Roman"/>
          <w:sz w:val="20"/>
          <w:szCs w:val="20"/>
        </w:rPr>
        <w:t xml:space="preserve"> formation: chapel services, spiritual </w:t>
      </w:r>
      <w:proofErr w:type="spellStart"/>
      <w:r w:rsidRPr="004B73F8">
        <w:rPr>
          <w:rFonts w:ascii="Times New Roman" w:hAnsi="Times New Roman" w:cs="Times New Roman"/>
          <w:sz w:val="20"/>
          <w:szCs w:val="20"/>
        </w:rPr>
        <w:t>retreates</w:t>
      </w:r>
      <w:proofErr w:type="spellEnd"/>
      <w:r w:rsidRPr="004B73F8">
        <w:rPr>
          <w:rFonts w:ascii="Times New Roman" w:hAnsi="Times New Roman" w:cs="Times New Roman"/>
          <w:sz w:val="20"/>
          <w:szCs w:val="20"/>
        </w:rPr>
        <w:t xml:space="preserve">, </w:t>
      </w:r>
      <w:proofErr w:type="spellStart"/>
      <w:r w:rsidRPr="004B73F8">
        <w:rPr>
          <w:rFonts w:ascii="Times New Roman" w:hAnsi="Times New Roman" w:cs="Times New Roman"/>
          <w:sz w:val="20"/>
          <w:szCs w:val="20"/>
        </w:rPr>
        <w:t>discipleshp</w:t>
      </w:r>
      <w:proofErr w:type="spellEnd"/>
      <w:r w:rsidRPr="004B73F8">
        <w:rPr>
          <w:rFonts w:ascii="Times New Roman" w:hAnsi="Times New Roman" w:cs="Times New Roman"/>
          <w:sz w:val="20"/>
          <w:szCs w:val="20"/>
        </w:rPr>
        <w:t xml:space="preserve"> groups, </w:t>
      </w:r>
      <w:proofErr w:type="spellStart"/>
      <w:r w:rsidRPr="004B73F8">
        <w:rPr>
          <w:rFonts w:ascii="Times New Roman" w:hAnsi="Times New Roman" w:cs="Times New Roman"/>
          <w:sz w:val="20"/>
          <w:szCs w:val="20"/>
        </w:rPr>
        <w:t>etc</w:t>
      </w:r>
      <w:proofErr w:type="spellEnd"/>
    </w:p>
    <w:p w14:paraId="2E7F5F08" w14:textId="2124DC0F" w:rsidR="00C61A54" w:rsidRPr="004B73F8" w:rsidRDefault="00C61A54" w:rsidP="004B73F8">
      <w:pPr>
        <w:pStyle w:val="ListParagraph"/>
        <w:numPr>
          <w:ilvl w:val="0"/>
          <w:numId w:val="9"/>
        </w:numPr>
        <w:rPr>
          <w:rFonts w:ascii="Times New Roman" w:hAnsi="Times New Roman" w:cs="Times New Roman"/>
          <w:sz w:val="20"/>
          <w:szCs w:val="20"/>
        </w:rPr>
      </w:pPr>
      <w:r w:rsidRPr="004B73F8">
        <w:rPr>
          <w:rFonts w:ascii="Times New Roman" w:hAnsi="Times New Roman" w:cs="Times New Roman"/>
          <w:sz w:val="20"/>
          <w:szCs w:val="20"/>
        </w:rPr>
        <w:t xml:space="preserve">Mentoring: one-on-one </w:t>
      </w:r>
      <w:proofErr w:type="spellStart"/>
      <w:r w:rsidRPr="004B73F8">
        <w:rPr>
          <w:rFonts w:ascii="Times New Roman" w:hAnsi="Times New Roman" w:cs="Times New Roman"/>
          <w:sz w:val="20"/>
          <w:szCs w:val="20"/>
        </w:rPr>
        <w:t>metoring</w:t>
      </w:r>
      <w:proofErr w:type="spellEnd"/>
      <w:r w:rsidRPr="004B73F8">
        <w:rPr>
          <w:rFonts w:ascii="Times New Roman" w:hAnsi="Times New Roman" w:cs="Times New Roman"/>
          <w:sz w:val="20"/>
          <w:szCs w:val="20"/>
        </w:rPr>
        <w:t xml:space="preserve"> systems, assigned faculty or peer mentors</w:t>
      </w:r>
    </w:p>
    <w:p w14:paraId="09DB2545" w14:textId="66356133" w:rsidR="00C61A54" w:rsidRPr="004B73F8" w:rsidRDefault="00C61A54" w:rsidP="004B73F8">
      <w:pPr>
        <w:pStyle w:val="ListParagraph"/>
        <w:numPr>
          <w:ilvl w:val="0"/>
          <w:numId w:val="9"/>
        </w:numPr>
        <w:rPr>
          <w:rFonts w:ascii="Times New Roman" w:hAnsi="Times New Roman" w:cs="Times New Roman"/>
          <w:sz w:val="20"/>
          <w:szCs w:val="20"/>
        </w:rPr>
      </w:pPr>
      <w:r w:rsidRPr="004B73F8">
        <w:rPr>
          <w:rFonts w:ascii="Times New Roman" w:hAnsi="Times New Roman" w:cs="Times New Roman"/>
          <w:sz w:val="20"/>
          <w:szCs w:val="20"/>
        </w:rPr>
        <w:t xml:space="preserve">Counselling: </w:t>
      </w:r>
      <w:proofErr w:type="spellStart"/>
      <w:r w:rsidRPr="004B73F8">
        <w:rPr>
          <w:rFonts w:ascii="Times New Roman" w:hAnsi="Times New Roman" w:cs="Times New Roman"/>
          <w:sz w:val="20"/>
          <w:szCs w:val="20"/>
        </w:rPr>
        <w:t>availablity</w:t>
      </w:r>
      <w:proofErr w:type="spellEnd"/>
      <w:r w:rsidRPr="004B73F8">
        <w:rPr>
          <w:rFonts w:ascii="Times New Roman" w:hAnsi="Times New Roman" w:cs="Times New Roman"/>
          <w:sz w:val="20"/>
          <w:szCs w:val="20"/>
        </w:rPr>
        <w:t xml:space="preserve"> of trained staff or faculty for personal, academic, or spiritual counseling</w:t>
      </w:r>
    </w:p>
    <w:p w14:paraId="046AAF74" w14:textId="7F969848" w:rsidR="00C61A54" w:rsidRPr="004B73F8" w:rsidRDefault="00C61A54" w:rsidP="004B73F8">
      <w:pPr>
        <w:pStyle w:val="ListParagraph"/>
        <w:numPr>
          <w:ilvl w:val="0"/>
          <w:numId w:val="9"/>
        </w:numPr>
        <w:rPr>
          <w:rFonts w:ascii="Times New Roman" w:hAnsi="Times New Roman" w:cs="Times New Roman"/>
          <w:sz w:val="20"/>
          <w:szCs w:val="20"/>
        </w:rPr>
      </w:pPr>
      <w:r w:rsidRPr="004B73F8">
        <w:rPr>
          <w:rFonts w:ascii="Times New Roman" w:hAnsi="Times New Roman" w:cs="Times New Roman"/>
          <w:sz w:val="20"/>
          <w:szCs w:val="20"/>
        </w:rPr>
        <w:t xml:space="preserve">Discipline: codes of </w:t>
      </w:r>
      <w:proofErr w:type="spellStart"/>
      <w:r w:rsidRPr="004B73F8">
        <w:rPr>
          <w:rFonts w:ascii="Times New Roman" w:hAnsi="Times New Roman" w:cs="Times New Roman"/>
          <w:sz w:val="20"/>
          <w:szCs w:val="20"/>
        </w:rPr>
        <w:t>coduct</w:t>
      </w:r>
      <w:proofErr w:type="spellEnd"/>
      <w:r w:rsidRPr="004B73F8">
        <w:rPr>
          <w:rFonts w:ascii="Times New Roman" w:hAnsi="Times New Roman" w:cs="Times New Roman"/>
          <w:sz w:val="20"/>
          <w:szCs w:val="20"/>
        </w:rPr>
        <w:t xml:space="preserve">, disciplinary </w:t>
      </w:r>
      <w:proofErr w:type="spellStart"/>
      <w:r w:rsidRPr="004B73F8">
        <w:rPr>
          <w:rFonts w:ascii="Times New Roman" w:hAnsi="Times New Roman" w:cs="Times New Roman"/>
          <w:sz w:val="20"/>
          <w:szCs w:val="20"/>
        </w:rPr>
        <w:t>commitees</w:t>
      </w:r>
      <w:proofErr w:type="spellEnd"/>
      <w:r w:rsidRPr="004B73F8">
        <w:rPr>
          <w:rFonts w:ascii="Times New Roman" w:hAnsi="Times New Roman" w:cs="Times New Roman"/>
          <w:sz w:val="20"/>
          <w:szCs w:val="20"/>
        </w:rPr>
        <w:t xml:space="preserve">, biblical conflict </w:t>
      </w:r>
      <w:proofErr w:type="spellStart"/>
      <w:r w:rsidRPr="004B73F8">
        <w:rPr>
          <w:rFonts w:ascii="Times New Roman" w:hAnsi="Times New Roman" w:cs="Times New Roman"/>
          <w:sz w:val="20"/>
          <w:szCs w:val="20"/>
        </w:rPr>
        <w:t>resolituion</w:t>
      </w:r>
      <w:proofErr w:type="spellEnd"/>
      <w:r w:rsidRPr="004B73F8">
        <w:rPr>
          <w:rFonts w:ascii="Times New Roman" w:hAnsi="Times New Roman" w:cs="Times New Roman"/>
          <w:sz w:val="20"/>
          <w:szCs w:val="20"/>
        </w:rPr>
        <w:t xml:space="preserve"> process </w:t>
      </w:r>
    </w:p>
    <w:p w14:paraId="7B386FE8" w14:textId="7E60124A" w:rsidR="00C61A54" w:rsidRPr="004B73F8" w:rsidRDefault="00C61A54"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Student Service (Response: table) </w:t>
      </w:r>
    </w:p>
    <w:tbl>
      <w:tblPr>
        <w:tblStyle w:val="TableGrid"/>
        <w:tblW w:w="8388" w:type="dxa"/>
        <w:tblLook w:val="04A0" w:firstRow="1" w:lastRow="0" w:firstColumn="1" w:lastColumn="0" w:noHBand="0" w:noVBand="1"/>
      </w:tblPr>
      <w:tblGrid>
        <w:gridCol w:w="2538"/>
        <w:gridCol w:w="4410"/>
        <w:gridCol w:w="1440"/>
      </w:tblGrid>
      <w:tr w:rsidR="00C61A54" w:rsidRPr="004B73F8" w14:paraId="38B5E2B6" w14:textId="77777777" w:rsidTr="00C61A54">
        <w:tc>
          <w:tcPr>
            <w:tcW w:w="2538" w:type="dxa"/>
            <w:tcBorders>
              <w:left w:val="nil"/>
              <w:right w:val="single" w:sz="4" w:space="0" w:color="auto"/>
            </w:tcBorders>
          </w:tcPr>
          <w:p w14:paraId="18DDD3E8" w14:textId="6818BFA4" w:rsidR="00C61A54" w:rsidRPr="004B73F8" w:rsidRDefault="00C61A54"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Service Area </w:t>
            </w:r>
          </w:p>
        </w:tc>
        <w:tc>
          <w:tcPr>
            <w:tcW w:w="4410" w:type="dxa"/>
            <w:tcBorders>
              <w:left w:val="single" w:sz="4" w:space="0" w:color="auto"/>
              <w:right w:val="nil"/>
            </w:tcBorders>
          </w:tcPr>
          <w:p w14:paraId="111721D5" w14:textId="2ECCA2FB" w:rsidR="00C61A54" w:rsidRPr="004B73F8" w:rsidRDefault="00C61A54"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Brief Description </w:t>
            </w:r>
          </w:p>
        </w:tc>
        <w:tc>
          <w:tcPr>
            <w:tcW w:w="1440" w:type="dxa"/>
            <w:tcBorders>
              <w:left w:val="single" w:sz="4" w:space="0" w:color="auto"/>
              <w:right w:val="nil"/>
            </w:tcBorders>
          </w:tcPr>
          <w:p w14:paraId="3F79A4D9" w14:textId="5CFFF1D6" w:rsidR="00C61A54" w:rsidRPr="004B73F8" w:rsidRDefault="00C61A54"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Available to All students (Y/N)</w:t>
            </w:r>
          </w:p>
        </w:tc>
      </w:tr>
      <w:tr w:rsidR="00C61A54" w:rsidRPr="004B73F8" w14:paraId="692F6F85" w14:textId="77777777" w:rsidTr="00C61A54">
        <w:tc>
          <w:tcPr>
            <w:tcW w:w="2538" w:type="dxa"/>
            <w:tcBorders>
              <w:left w:val="nil"/>
              <w:right w:val="single" w:sz="4" w:space="0" w:color="auto"/>
            </w:tcBorders>
          </w:tcPr>
          <w:p w14:paraId="34C73DB4" w14:textId="0B0E91E8" w:rsidR="00C61A54" w:rsidRPr="004B73F8" w:rsidRDefault="00C61A54" w:rsidP="000179E5">
            <w:pPr>
              <w:rPr>
                <w:rFonts w:ascii="Times New Roman" w:hAnsi="Times New Roman" w:cs="Times New Roman"/>
                <w:sz w:val="20"/>
                <w:szCs w:val="20"/>
              </w:rPr>
            </w:pPr>
            <w:r w:rsidRPr="004B73F8">
              <w:rPr>
                <w:rFonts w:ascii="Times New Roman" w:hAnsi="Times New Roman" w:cs="Times New Roman"/>
                <w:sz w:val="20"/>
                <w:szCs w:val="20"/>
              </w:rPr>
              <w:t>Housing</w:t>
            </w:r>
          </w:p>
        </w:tc>
        <w:tc>
          <w:tcPr>
            <w:tcW w:w="4410" w:type="dxa"/>
            <w:tcBorders>
              <w:left w:val="single" w:sz="4" w:space="0" w:color="auto"/>
              <w:right w:val="nil"/>
            </w:tcBorders>
          </w:tcPr>
          <w:p w14:paraId="5A96F735" w14:textId="77777777" w:rsidR="00C61A54" w:rsidRPr="004B73F8" w:rsidRDefault="00C61A54" w:rsidP="000179E5">
            <w:pPr>
              <w:rPr>
                <w:rFonts w:ascii="Times New Roman" w:hAnsi="Times New Roman" w:cs="Times New Roman"/>
                <w:sz w:val="20"/>
                <w:szCs w:val="20"/>
              </w:rPr>
            </w:pPr>
          </w:p>
        </w:tc>
        <w:tc>
          <w:tcPr>
            <w:tcW w:w="1440" w:type="dxa"/>
            <w:tcBorders>
              <w:left w:val="single" w:sz="4" w:space="0" w:color="auto"/>
              <w:right w:val="nil"/>
            </w:tcBorders>
          </w:tcPr>
          <w:p w14:paraId="6C969DC5" w14:textId="77777777" w:rsidR="00C61A54" w:rsidRPr="004B73F8" w:rsidRDefault="00C61A54" w:rsidP="000179E5">
            <w:pPr>
              <w:rPr>
                <w:rFonts w:ascii="Times New Roman" w:hAnsi="Times New Roman" w:cs="Times New Roman"/>
                <w:sz w:val="20"/>
                <w:szCs w:val="20"/>
              </w:rPr>
            </w:pPr>
          </w:p>
        </w:tc>
      </w:tr>
      <w:tr w:rsidR="00C61A54" w:rsidRPr="004B73F8" w14:paraId="1052F011" w14:textId="77777777" w:rsidTr="00C61A54">
        <w:tc>
          <w:tcPr>
            <w:tcW w:w="2538" w:type="dxa"/>
            <w:tcBorders>
              <w:left w:val="nil"/>
              <w:right w:val="single" w:sz="4" w:space="0" w:color="auto"/>
            </w:tcBorders>
          </w:tcPr>
          <w:p w14:paraId="5BD64351" w14:textId="18B19B62" w:rsidR="00C61A54" w:rsidRPr="004B73F8" w:rsidRDefault="00C61A54" w:rsidP="000179E5">
            <w:pPr>
              <w:rPr>
                <w:rFonts w:ascii="Times New Roman" w:hAnsi="Times New Roman" w:cs="Times New Roman"/>
                <w:sz w:val="20"/>
                <w:szCs w:val="20"/>
              </w:rPr>
            </w:pPr>
            <w:r w:rsidRPr="004B73F8">
              <w:rPr>
                <w:rFonts w:ascii="Times New Roman" w:hAnsi="Times New Roman" w:cs="Times New Roman"/>
                <w:sz w:val="20"/>
                <w:szCs w:val="20"/>
              </w:rPr>
              <w:t>Health Service</w:t>
            </w:r>
          </w:p>
        </w:tc>
        <w:tc>
          <w:tcPr>
            <w:tcW w:w="4410" w:type="dxa"/>
            <w:tcBorders>
              <w:left w:val="single" w:sz="4" w:space="0" w:color="auto"/>
              <w:right w:val="nil"/>
            </w:tcBorders>
          </w:tcPr>
          <w:p w14:paraId="45E159E2" w14:textId="77777777" w:rsidR="00C61A54" w:rsidRPr="004B73F8" w:rsidRDefault="00C61A54" w:rsidP="000179E5">
            <w:pPr>
              <w:rPr>
                <w:rFonts w:ascii="Times New Roman" w:hAnsi="Times New Roman" w:cs="Times New Roman"/>
                <w:sz w:val="20"/>
                <w:szCs w:val="20"/>
              </w:rPr>
            </w:pPr>
          </w:p>
        </w:tc>
        <w:tc>
          <w:tcPr>
            <w:tcW w:w="1440" w:type="dxa"/>
            <w:tcBorders>
              <w:left w:val="single" w:sz="4" w:space="0" w:color="auto"/>
              <w:right w:val="nil"/>
            </w:tcBorders>
          </w:tcPr>
          <w:p w14:paraId="71421CAC" w14:textId="77777777" w:rsidR="00C61A54" w:rsidRPr="004B73F8" w:rsidRDefault="00C61A54" w:rsidP="000179E5">
            <w:pPr>
              <w:rPr>
                <w:rFonts w:ascii="Times New Roman" w:hAnsi="Times New Roman" w:cs="Times New Roman"/>
                <w:sz w:val="20"/>
                <w:szCs w:val="20"/>
              </w:rPr>
            </w:pPr>
          </w:p>
        </w:tc>
      </w:tr>
      <w:tr w:rsidR="00C61A54" w:rsidRPr="004B73F8" w14:paraId="19B3CE79" w14:textId="77777777" w:rsidTr="00C61A54">
        <w:tc>
          <w:tcPr>
            <w:tcW w:w="2538" w:type="dxa"/>
            <w:tcBorders>
              <w:left w:val="nil"/>
              <w:right w:val="single" w:sz="4" w:space="0" w:color="auto"/>
            </w:tcBorders>
          </w:tcPr>
          <w:p w14:paraId="58D08022" w14:textId="69A44B01" w:rsidR="00C61A54" w:rsidRPr="004B73F8" w:rsidRDefault="00C61A54" w:rsidP="000179E5">
            <w:pPr>
              <w:rPr>
                <w:rFonts w:ascii="Times New Roman" w:hAnsi="Times New Roman" w:cs="Times New Roman"/>
                <w:sz w:val="20"/>
                <w:szCs w:val="20"/>
              </w:rPr>
            </w:pPr>
            <w:r w:rsidRPr="004B73F8">
              <w:rPr>
                <w:rFonts w:ascii="Times New Roman" w:hAnsi="Times New Roman" w:cs="Times New Roman"/>
                <w:sz w:val="20"/>
                <w:szCs w:val="20"/>
              </w:rPr>
              <w:t>Student Government</w:t>
            </w:r>
          </w:p>
        </w:tc>
        <w:tc>
          <w:tcPr>
            <w:tcW w:w="4410" w:type="dxa"/>
            <w:tcBorders>
              <w:left w:val="single" w:sz="4" w:space="0" w:color="auto"/>
              <w:right w:val="nil"/>
            </w:tcBorders>
          </w:tcPr>
          <w:p w14:paraId="51D08EE3" w14:textId="77777777" w:rsidR="00C61A54" w:rsidRPr="004B73F8" w:rsidRDefault="00C61A54" w:rsidP="000179E5">
            <w:pPr>
              <w:rPr>
                <w:rFonts w:ascii="Times New Roman" w:hAnsi="Times New Roman" w:cs="Times New Roman"/>
                <w:sz w:val="20"/>
                <w:szCs w:val="20"/>
              </w:rPr>
            </w:pPr>
          </w:p>
        </w:tc>
        <w:tc>
          <w:tcPr>
            <w:tcW w:w="1440" w:type="dxa"/>
            <w:tcBorders>
              <w:left w:val="single" w:sz="4" w:space="0" w:color="auto"/>
              <w:right w:val="nil"/>
            </w:tcBorders>
          </w:tcPr>
          <w:p w14:paraId="490681F1" w14:textId="77777777" w:rsidR="00C61A54" w:rsidRPr="004B73F8" w:rsidRDefault="00C61A54" w:rsidP="000179E5">
            <w:pPr>
              <w:rPr>
                <w:rFonts w:ascii="Times New Roman" w:hAnsi="Times New Roman" w:cs="Times New Roman"/>
                <w:sz w:val="20"/>
                <w:szCs w:val="20"/>
              </w:rPr>
            </w:pPr>
          </w:p>
        </w:tc>
      </w:tr>
      <w:tr w:rsidR="00C61A54" w:rsidRPr="004B73F8" w14:paraId="27460C60" w14:textId="77777777" w:rsidTr="00C61A54">
        <w:tc>
          <w:tcPr>
            <w:tcW w:w="2538" w:type="dxa"/>
            <w:tcBorders>
              <w:left w:val="nil"/>
              <w:right w:val="single" w:sz="4" w:space="0" w:color="auto"/>
            </w:tcBorders>
          </w:tcPr>
          <w:p w14:paraId="0B83913E" w14:textId="6F7900B6" w:rsidR="00C61A54" w:rsidRPr="004B73F8" w:rsidRDefault="00C61A54" w:rsidP="000179E5">
            <w:pPr>
              <w:rPr>
                <w:rFonts w:ascii="Times New Roman" w:hAnsi="Times New Roman" w:cs="Times New Roman"/>
                <w:sz w:val="20"/>
                <w:szCs w:val="20"/>
              </w:rPr>
            </w:pPr>
            <w:r w:rsidRPr="004B73F8">
              <w:rPr>
                <w:rFonts w:ascii="Times New Roman" w:hAnsi="Times New Roman" w:cs="Times New Roman"/>
                <w:sz w:val="20"/>
                <w:szCs w:val="20"/>
              </w:rPr>
              <w:t>Library Study Rooms</w:t>
            </w:r>
          </w:p>
        </w:tc>
        <w:tc>
          <w:tcPr>
            <w:tcW w:w="4410" w:type="dxa"/>
            <w:tcBorders>
              <w:left w:val="single" w:sz="4" w:space="0" w:color="auto"/>
              <w:right w:val="nil"/>
            </w:tcBorders>
          </w:tcPr>
          <w:p w14:paraId="5167AD65" w14:textId="77777777" w:rsidR="00C61A54" w:rsidRPr="004B73F8" w:rsidRDefault="00C61A54" w:rsidP="000179E5">
            <w:pPr>
              <w:rPr>
                <w:rFonts w:ascii="Times New Roman" w:hAnsi="Times New Roman" w:cs="Times New Roman"/>
                <w:sz w:val="20"/>
                <w:szCs w:val="20"/>
              </w:rPr>
            </w:pPr>
          </w:p>
        </w:tc>
        <w:tc>
          <w:tcPr>
            <w:tcW w:w="1440" w:type="dxa"/>
            <w:tcBorders>
              <w:left w:val="single" w:sz="4" w:space="0" w:color="auto"/>
              <w:right w:val="nil"/>
            </w:tcBorders>
          </w:tcPr>
          <w:p w14:paraId="1173EC89" w14:textId="77777777" w:rsidR="00C61A54" w:rsidRPr="004B73F8" w:rsidRDefault="00C61A54" w:rsidP="000179E5">
            <w:pPr>
              <w:rPr>
                <w:rFonts w:ascii="Times New Roman" w:hAnsi="Times New Roman" w:cs="Times New Roman"/>
                <w:sz w:val="20"/>
                <w:szCs w:val="20"/>
              </w:rPr>
            </w:pPr>
          </w:p>
        </w:tc>
      </w:tr>
      <w:tr w:rsidR="00C61A54" w:rsidRPr="004B73F8" w14:paraId="621DCBA1" w14:textId="77777777" w:rsidTr="00C61A54">
        <w:tc>
          <w:tcPr>
            <w:tcW w:w="2538" w:type="dxa"/>
            <w:tcBorders>
              <w:left w:val="nil"/>
              <w:right w:val="single" w:sz="4" w:space="0" w:color="auto"/>
            </w:tcBorders>
          </w:tcPr>
          <w:p w14:paraId="76511855" w14:textId="1A0E872D" w:rsidR="00C61A54" w:rsidRPr="004B73F8" w:rsidRDefault="00C61A54" w:rsidP="000179E5">
            <w:pPr>
              <w:rPr>
                <w:rFonts w:ascii="Times New Roman" w:hAnsi="Times New Roman" w:cs="Times New Roman"/>
                <w:sz w:val="20"/>
                <w:szCs w:val="20"/>
              </w:rPr>
            </w:pPr>
            <w:r w:rsidRPr="004B73F8">
              <w:rPr>
                <w:rFonts w:ascii="Times New Roman" w:hAnsi="Times New Roman" w:cs="Times New Roman"/>
                <w:sz w:val="20"/>
                <w:szCs w:val="20"/>
              </w:rPr>
              <w:t>Meals/ Cafeteria</w:t>
            </w:r>
          </w:p>
        </w:tc>
        <w:tc>
          <w:tcPr>
            <w:tcW w:w="4410" w:type="dxa"/>
            <w:tcBorders>
              <w:left w:val="single" w:sz="4" w:space="0" w:color="auto"/>
              <w:right w:val="nil"/>
            </w:tcBorders>
          </w:tcPr>
          <w:p w14:paraId="201F7BC1" w14:textId="77777777" w:rsidR="00C61A54" w:rsidRPr="004B73F8" w:rsidRDefault="00C61A54" w:rsidP="000179E5">
            <w:pPr>
              <w:rPr>
                <w:rFonts w:ascii="Times New Roman" w:hAnsi="Times New Roman" w:cs="Times New Roman"/>
                <w:sz w:val="20"/>
                <w:szCs w:val="20"/>
              </w:rPr>
            </w:pPr>
          </w:p>
        </w:tc>
        <w:tc>
          <w:tcPr>
            <w:tcW w:w="1440" w:type="dxa"/>
            <w:tcBorders>
              <w:left w:val="single" w:sz="4" w:space="0" w:color="auto"/>
              <w:right w:val="nil"/>
            </w:tcBorders>
          </w:tcPr>
          <w:p w14:paraId="72DB4CCA" w14:textId="77777777" w:rsidR="00C61A54" w:rsidRPr="004B73F8" w:rsidRDefault="00C61A54" w:rsidP="000179E5">
            <w:pPr>
              <w:rPr>
                <w:rFonts w:ascii="Times New Roman" w:hAnsi="Times New Roman" w:cs="Times New Roman"/>
                <w:sz w:val="20"/>
                <w:szCs w:val="20"/>
              </w:rPr>
            </w:pPr>
          </w:p>
        </w:tc>
      </w:tr>
      <w:tr w:rsidR="00C61A54" w:rsidRPr="004B73F8" w14:paraId="2AACBFB6" w14:textId="77777777" w:rsidTr="00C61A54">
        <w:tc>
          <w:tcPr>
            <w:tcW w:w="2538" w:type="dxa"/>
            <w:tcBorders>
              <w:left w:val="nil"/>
              <w:right w:val="single" w:sz="4" w:space="0" w:color="auto"/>
            </w:tcBorders>
          </w:tcPr>
          <w:p w14:paraId="29AFE1BB" w14:textId="4BFD2168" w:rsidR="00C61A54" w:rsidRPr="004B73F8" w:rsidRDefault="00C61A54" w:rsidP="000179E5">
            <w:pPr>
              <w:rPr>
                <w:rFonts w:ascii="Times New Roman" w:hAnsi="Times New Roman" w:cs="Times New Roman"/>
                <w:sz w:val="20"/>
                <w:szCs w:val="20"/>
              </w:rPr>
            </w:pPr>
            <w:r w:rsidRPr="004B73F8">
              <w:rPr>
                <w:rFonts w:ascii="Times New Roman" w:hAnsi="Times New Roman" w:cs="Times New Roman"/>
                <w:sz w:val="20"/>
                <w:szCs w:val="20"/>
              </w:rPr>
              <w:t>Other service (Specify)</w:t>
            </w:r>
          </w:p>
        </w:tc>
        <w:tc>
          <w:tcPr>
            <w:tcW w:w="4410" w:type="dxa"/>
            <w:tcBorders>
              <w:left w:val="single" w:sz="4" w:space="0" w:color="auto"/>
              <w:right w:val="nil"/>
            </w:tcBorders>
          </w:tcPr>
          <w:p w14:paraId="5B739E92" w14:textId="77777777" w:rsidR="00C61A54" w:rsidRPr="004B73F8" w:rsidRDefault="00C61A54" w:rsidP="000179E5">
            <w:pPr>
              <w:rPr>
                <w:rFonts w:ascii="Times New Roman" w:hAnsi="Times New Roman" w:cs="Times New Roman"/>
                <w:sz w:val="20"/>
                <w:szCs w:val="20"/>
              </w:rPr>
            </w:pPr>
          </w:p>
        </w:tc>
        <w:tc>
          <w:tcPr>
            <w:tcW w:w="1440" w:type="dxa"/>
            <w:tcBorders>
              <w:left w:val="single" w:sz="4" w:space="0" w:color="auto"/>
              <w:right w:val="nil"/>
            </w:tcBorders>
          </w:tcPr>
          <w:p w14:paraId="7D97267F" w14:textId="77777777" w:rsidR="00C61A54" w:rsidRPr="004B73F8" w:rsidRDefault="00C61A54" w:rsidP="000179E5">
            <w:pPr>
              <w:rPr>
                <w:rFonts w:ascii="Times New Roman" w:hAnsi="Times New Roman" w:cs="Times New Roman"/>
                <w:sz w:val="20"/>
                <w:szCs w:val="20"/>
              </w:rPr>
            </w:pPr>
          </w:p>
        </w:tc>
      </w:tr>
    </w:tbl>
    <w:p w14:paraId="63824D56" w14:textId="77777777" w:rsidR="00C61A54" w:rsidRPr="004B73F8" w:rsidRDefault="00C61A54" w:rsidP="00C61A54">
      <w:pPr>
        <w:rPr>
          <w:rFonts w:ascii="Times New Roman" w:hAnsi="Times New Roman" w:cs="Times New Roman"/>
        </w:rPr>
      </w:pPr>
    </w:p>
    <w:p w14:paraId="4A648002" w14:textId="398C53FD"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Deviations and Compliance</w:t>
      </w:r>
    </w:p>
    <w:p w14:paraId="62F75B20" w14:textId="317785F4" w:rsidR="00C61A54" w:rsidRPr="004B73F8" w:rsidRDefault="00C61A54"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Deviations from Standards (Response: table) </w:t>
      </w:r>
    </w:p>
    <w:tbl>
      <w:tblPr>
        <w:tblStyle w:val="TableGrid"/>
        <w:tblW w:w="8658" w:type="dxa"/>
        <w:tblLook w:val="04A0" w:firstRow="1" w:lastRow="0" w:firstColumn="1" w:lastColumn="0" w:noHBand="0" w:noVBand="1"/>
      </w:tblPr>
      <w:tblGrid>
        <w:gridCol w:w="2538"/>
        <w:gridCol w:w="2160"/>
        <w:gridCol w:w="1980"/>
        <w:gridCol w:w="1980"/>
      </w:tblGrid>
      <w:tr w:rsidR="00C61A54" w:rsidRPr="004B73F8" w14:paraId="39E3383D" w14:textId="6760AAE6" w:rsidTr="00C61A54">
        <w:tc>
          <w:tcPr>
            <w:tcW w:w="2538" w:type="dxa"/>
            <w:tcBorders>
              <w:left w:val="nil"/>
              <w:right w:val="single" w:sz="4" w:space="0" w:color="auto"/>
            </w:tcBorders>
          </w:tcPr>
          <w:p w14:paraId="51343587" w14:textId="630D7A34" w:rsidR="00C61A54" w:rsidRPr="004B73F8" w:rsidRDefault="00C61A54"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ACTEA Standard </w:t>
            </w:r>
          </w:p>
        </w:tc>
        <w:tc>
          <w:tcPr>
            <w:tcW w:w="2160" w:type="dxa"/>
            <w:tcBorders>
              <w:left w:val="single" w:sz="4" w:space="0" w:color="auto"/>
              <w:right w:val="nil"/>
            </w:tcBorders>
          </w:tcPr>
          <w:p w14:paraId="5AF65282" w14:textId="05C7A544" w:rsidR="00C61A54" w:rsidRPr="004B73F8" w:rsidRDefault="00C61A54"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Nature of Deviation </w:t>
            </w:r>
          </w:p>
        </w:tc>
        <w:tc>
          <w:tcPr>
            <w:tcW w:w="1980" w:type="dxa"/>
            <w:tcBorders>
              <w:left w:val="single" w:sz="4" w:space="0" w:color="auto"/>
              <w:right w:val="nil"/>
            </w:tcBorders>
          </w:tcPr>
          <w:p w14:paraId="36C83698" w14:textId="73ED2D23" w:rsidR="00C61A54" w:rsidRPr="004B73F8" w:rsidRDefault="00C61A54"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Corrective Plan </w:t>
            </w:r>
          </w:p>
        </w:tc>
        <w:tc>
          <w:tcPr>
            <w:tcW w:w="1980" w:type="dxa"/>
            <w:tcBorders>
              <w:left w:val="single" w:sz="4" w:space="0" w:color="auto"/>
              <w:right w:val="nil"/>
            </w:tcBorders>
          </w:tcPr>
          <w:p w14:paraId="0289229C" w14:textId="7948EB9A" w:rsidR="00C61A54" w:rsidRPr="004B73F8" w:rsidRDefault="00C61A54"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Timeline</w:t>
            </w:r>
          </w:p>
        </w:tc>
      </w:tr>
      <w:tr w:rsidR="00C61A54" w:rsidRPr="004B73F8" w14:paraId="476D445D" w14:textId="6201611C" w:rsidTr="00C61A54">
        <w:tc>
          <w:tcPr>
            <w:tcW w:w="2538" w:type="dxa"/>
            <w:tcBorders>
              <w:left w:val="nil"/>
              <w:right w:val="single" w:sz="4" w:space="0" w:color="auto"/>
            </w:tcBorders>
          </w:tcPr>
          <w:p w14:paraId="5CF15FE3" w14:textId="5A32FA8F" w:rsidR="00C61A54" w:rsidRPr="004B73F8" w:rsidRDefault="00C61A54" w:rsidP="000179E5">
            <w:pPr>
              <w:rPr>
                <w:rFonts w:ascii="Times New Roman" w:hAnsi="Times New Roman" w:cs="Times New Roman"/>
                <w:sz w:val="20"/>
                <w:szCs w:val="20"/>
              </w:rPr>
            </w:pPr>
          </w:p>
        </w:tc>
        <w:tc>
          <w:tcPr>
            <w:tcW w:w="2160" w:type="dxa"/>
            <w:tcBorders>
              <w:left w:val="single" w:sz="4" w:space="0" w:color="auto"/>
              <w:right w:val="nil"/>
            </w:tcBorders>
          </w:tcPr>
          <w:p w14:paraId="32F87E9A"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021DAC72"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69F74FFB" w14:textId="77777777" w:rsidR="00C61A54" w:rsidRPr="004B73F8" w:rsidRDefault="00C61A54" w:rsidP="000179E5">
            <w:pPr>
              <w:rPr>
                <w:rFonts w:ascii="Times New Roman" w:hAnsi="Times New Roman" w:cs="Times New Roman"/>
                <w:sz w:val="20"/>
                <w:szCs w:val="20"/>
              </w:rPr>
            </w:pPr>
          </w:p>
        </w:tc>
      </w:tr>
      <w:tr w:rsidR="00C61A54" w:rsidRPr="004B73F8" w14:paraId="65CC61B0" w14:textId="4FC434BD" w:rsidTr="00C61A54">
        <w:tc>
          <w:tcPr>
            <w:tcW w:w="2538" w:type="dxa"/>
            <w:tcBorders>
              <w:left w:val="nil"/>
              <w:right w:val="single" w:sz="4" w:space="0" w:color="auto"/>
            </w:tcBorders>
          </w:tcPr>
          <w:p w14:paraId="45E49168" w14:textId="70C31DE8" w:rsidR="00C61A54" w:rsidRPr="004B73F8" w:rsidRDefault="00C61A54" w:rsidP="000179E5">
            <w:pPr>
              <w:rPr>
                <w:rFonts w:ascii="Times New Roman" w:hAnsi="Times New Roman" w:cs="Times New Roman"/>
                <w:sz w:val="20"/>
                <w:szCs w:val="20"/>
              </w:rPr>
            </w:pPr>
          </w:p>
        </w:tc>
        <w:tc>
          <w:tcPr>
            <w:tcW w:w="2160" w:type="dxa"/>
            <w:tcBorders>
              <w:left w:val="single" w:sz="4" w:space="0" w:color="auto"/>
              <w:right w:val="nil"/>
            </w:tcBorders>
          </w:tcPr>
          <w:p w14:paraId="6CAB29A8"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7D69FAED"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3528075C" w14:textId="77777777" w:rsidR="00C61A54" w:rsidRPr="004B73F8" w:rsidRDefault="00C61A54" w:rsidP="000179E5">
            <w:pPr>
              <w:rPr>
                <w:rFonts w:ascii="Times New Roman" w:hAnsi="Times New Roman" w:cs="Times New Roman"/>
                <w:sz w:val="20"/>
                <w:szCs w:val="20"/>
              </w:rPr>
            </w:pPr>
          </w:p>
        </w:tc>
      </w:tr>
      <w:tr w:rsidR="00C61A54" w:rsidRPr="004B73F8" w14:paraId="0DD1AEAC" w14:textId="5BAF1FF3" w:rsidTr="00C61A54">
        <w:tc>
          <w:tcPr>
            <w:tcW w:w="2538" w:type="dxa"/>
            <w:tcBorders>
              <w:left w:val="nil"/>
              <w:right w:val="single" w:sz="4" w:space="0" w:color="auto"/>
            </w:tcBorders>
          </w:tcPr>
          <w:p w14:paraId="6CCC860F" w14:textId="085F44F2" w:rsidR="00C61A54" w:rsidRPr="004B73F8" w:rsidRDefault="00C61A54" w:rsidP="000179E5">
            <w:pPr>
              <w:rPr>
                <w:rFonts w:ascii="Times New Roman" w:hAnsi="Times New Roman" w:cs="Times New Roman"/>
                <w:sz w:val="20"/>
                <w:szCs w:val="20"/>
              </w:rPr>
            </w:pPr>
          </w:p>
        </w:tc>
        <w:tc>
          <w:tcPr>
            <w:tcW w:w="2160" w:type="dxa"/>
            <w:tcBorders>
              <w:left w:val="single" w:sz="4" w:space="0" w:color="auto"/>
              <w:right w:val="nil"/>
            </w:tcBorders>
          </w:tcPr>
          <w:p w14:paraId="7D3FE794"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17A41BF8"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68698AB6" w14:textId="77777777" w:rsidR="00C61A54" w:rsidRPr="004B73F8" w:rsidRDefault="00C61A54" w:rsidP="000179E5">
            <w:pPr>
              <w:rPr>
                <w:rFonts w:ascii="Times New Roman" w:hAnsi="Times New Roman" w:cs="Times New Roman"/>
                <w:sz w:val="20"/>
                <w:szCs w:val="20"/>
              </w:rPr>
            </w:pPr>
          </w:p>
        </w:tc>
      </w:tr>
      <w:tr w:rsidR="00C61A54" w:rsidRPr="004B73F8" w14:paraId="09C87E3B" w14:textId="33FB555D" w:rsidTr="00C61A54">
        <w:tc>
          <w:tcPr>
            <w:tcW w:w="2538" w:type="dxa"/>
            <w:tcBorders>
              <w:left w:val="nil"/>
              <w:right w:val="single" w:sz="4" w:space="0" w:color="auto"/>
            </w:tcBorders>
          </w:tcPr>
          <w:p w14:paraId="4026AB17" w14:textId="49E4AE89" w:rsidR="00C61A54" w:rsidRPr="004B73F8" w:rsidRDefault="00C61A54" w:rsidP="000179E5">
            <w:pPr>
              <w:rPr>
                <w:rFonts w:ascii="Times New Roman" w:hAnsi="Times New Roman" w:cs="Times New Roman"/>
                <w:sz w:val="20"/>
                <w:szCs w:val="20"/>
              </w:rPr>
            </w:pPr>
          </w:p>
        </w:tc>
        <w:tc>
          <w:tcPr>
            <w:tcW w:w="2160" w:type="dxa"/>
            <w:tcBorders>
              <w:left w:val="single" w:sz="4" w:space="0" w:color="auto"/>
              <w:right w:val="nil"/>
            </w:tcBorders>
          </w:tcPr>
          <w:p w14:paraId="267E6A72"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5AC67021"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4C06A42E" w14:textId="77777777" w:rsidR="00C61A54" w:rsidRPr="004B73F8" w:rsidRDefault="00C61A54" w:rsidP="000179E5">
            <w:pPr>
              <w:rPr>
                <w:rFonts w:ascii="Times New Roman" w:hAnsi="Times New Roman" w:cs="Times New Roman"/>
                <w:sz w:val="20"/>
                <w:szCs w:val="20"/>
              </w:rPr>
            </w:pPr>
          </w:p>
        </w:tc>
      </w:tr>
      <w:tr w:rsidR="00C61A54" w:rsidRPr="004B73F8" w14:paraId="5F717E74" w14:textId="35D558EB" w:rsidTr="00C61A54">
        <w:tc>
          <w:tcPr>
            <w:tcW w:w="2538" w:type="dxa"/>
            <w:tcBorders>
              <w:left w:val="nil"/>
              <w:right w:val="single" w:sz="4" w:space="0" w:color="auto"/>
            </w:tcBorders>
          </w:tcPr>
          <w:p w14:paraId="6B9F418C" w14:textId="6508A791" w:rsidR="00C61A54" w:rsidRPr="004B73F8" w:rsidRDefault="00C61A54" w:rsidP="000179E5">
            <w:pPr>
              <w:rPr>
                <w:rFonts w:ascii="Times New Roman" w:hAnsi="Times New Roman" w:cs="Times New Roman"/>
                <w:sz w:val="20"/>
                <w:szCs w:val="20"/>
              </w:rPr>
            </w:pPr>
          </w:p>
        </w:tc>
        <w:tc>
          <w:tcPr>
            <w:tcW w:w="2160" w:type="dxa"/>
            <w:tcBorders>
              <w:left w:val="single" w:sz="4" w:space="0" w:color="auto"/>
              <w:right w:val="nil"/>
            </w:tcBorders>
          </w:tcPr>
          <w:p w14:paraId="57A286D4"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111B4D4F"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54C111E7" w14:textId="77777777" w:rsidR="00C61A54" w:rsidRPr="004B73F8" w:rsidRDefault="00C61A54" w:rsidP="000179E5">
            <w:pPr>
              <w:rPr>
                <w:rFonts w:ascii="Times New Roman" w:hAnsi="Times New Roman" w:cs="Times New Roman"/>
                <w:sz w:val="20"/>
                <w:szCs w:val="20"/>
              </w:rPr>
            </w:pPr>
          </w:p>
        </w:tc>
      </w:tr>
      <w:tr w:rsidR="00C61A54" w:rsidRPr="004B73F8" w14:paraId="4A528130" w14:textId="0DD89F4A" w:rsidTr="00C61A54">
        <w:tc>
          <w:tcPr>
            <w:tcW w:w="2538" w:type="dxa"/>
            <w:tcBorders>
              <w:left w:val="nil"/>
              <w:right w:val="single" w:sz="4" w:space="0" w:color="auto"/>
            </w:tcBorders>
          </w:tcPr>
          <w:p w14:paraId="200D0F2B" w14:textId="181151CD" w:rsidR="00C61A54" w:rsidRPr="004B73F8" w:rsidRDefault="00C61A54" w:rsidP="000179E5">
            <w:pPr>
              <w:rPr>
                <w:rFonts w:ascii="Times New Roman" w:hAnsi="Times New Roman" w:cs="Times New Roman"/>
                <w:sz w:val="20"/>
                <w:szCs w:val="20"/>
              </w:rPr>
            </w:pPr>
          </w:p>
        </w:tc>
        <w:tc>
          <w:tcPr>
            <w:tcW w:w="2160" w:type="dxa"/>
            <w:tcBorders>
              <w:left w:val="single" w:sz="4" w:space="0" w:color="auto"/>
              <w:right w:val="nil"/>
            </w:tcBorders>
          </w:tcPr>
          <w:p w14:paraId="300BB518"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4C2F36B4" w14:textId="77777777" w:rsidR="00C61A54" w:rsidRPr="004B73F8" w:rsidRDefault="00C61A54" w:rsidP="000179E5">
            <w:pPr>
              <w:rPr>
                <w:rFonts w:ascii="Times New Roman" w:hAnsi="Times New Roman" w:cs="Times New Roman"/>
                <w:sz w:val="20"/>
                <w:szCs w:val="20"/>
              </w:rPr>
            </w:pPr>
          </w:p>
        </w:tc>
        <w:tc>
          <w:tcPr>
            <w:tcW w:w="1980" w:type="dxa"/>
            <w:tcBorders>
              <w:left w:val="single" w:sz="4" w:space="0" w:color="auto"/>
              <w:right w:val="nil"/>
            </w:tcBorders>
          </w:tcPr>
          <w:p w14:paraId="4A63A197" w14:textId="77777777" w:rsidR="00C61A54" w:rsidRPr="004B73F8" w:rsidRDefault="00C61A54" w:rsidP="000179E5">
            <w:pPr>
              <w:rPr>
                <w:rFonts w:ascii="Times New Roman" w:hAnsi="Times New Roman" w:cs="Times New Roman"/>
                <w:sz w:val="20"/>
                <w:szCs w:val="20"/>
              </w:rPr>
            </w:pPr>
          </w:p>
        </w:tc>
      </w:tr>
    </w:tbl>
    <w:p w14:paraId="0D83AB98" w14:textId="77777777" w:rsidR="00897242" w:rsidRPr="004B73F8" w:rsidRDefault="00897242" w:rsidP="00C61A54">
      <w:pPr>
        <w:rPr>
          <w:rFonts w:ascii="Times New Roman" w:hAnsi="Times New Roman" w:cs="Times New Roman"/>
        </w:rPr>
      </w:pPr>
    </w:p>
    <w:p w14:paraId="7BEC9145" w14:textId="0120689D" w:rsidR="009E581A" w:rsidRPr="004B73F8" w:rsidRDefault="009E581A"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Promotion Materials Compliance (Response: Narrative)</w:t>
      </w:r>
    </w:p>
    <w:p w14:paraId="5589F43E" w14:textId="7A86FB6F" w:rsidR="009E581A" w:rsidRDefault="009E581A" w:rsidP="00C61A54">
      <w:pPr>
        <w:rPr>
          <w:rFonts w:ascii="Times New Roman" w:hAnsi="Times New Roman" w:cs="Times New Roman"/>
        </w:rPr>
      </w:pPr>
      <w:r w:rsidRPr="004B73F8">
        <w:rPr>
          <w:rFonts w:ascii="Times New Roman" w:hAnsi="Times New Roman" w:cs="Times New Roman"/>
        </w:rPr>
        <w:lastRenderedPageBreak/>
        <w:t xml:space="preserve">Please confirm that all printed and online materials list only ACTEA-accredited programs and the kind of accreditation (full or provisional). Please provide evidence: brief narrative statement, list of reviewed materials, and attached samples/ screenshots </w:t>
      </w:r>
    </w:p>
    <w:p w14:paraId="3B27BB2E" w14:textId="77777777" w:rsidR="00573496" w:rsidRDefault="00573496" w:rsidP="00C61A54">
      <w:pPr>
        <w:rPr>
          <w:rFonts w:ascii="Times New Roman" w:hAnsi="Times New Roman" w:cs="Times New Roman"/>
        </w:rPr>
      </w:pPr>
    </w:p>
    <w:p w14:paraId="2D9756D1" w14:textId="77777777" w:rsidR="00573496" w:rsidRDefault="00573496" w:rsidP="00C61A54">
      <w:pPr>
        <w:rPr>
          <w:rFonts w:ascii="Times New Roman" w:hAnsi="Times New Roman" w:cs="Times New Roman"/>
        </w:rPr>
      </w:pPr>
    </w:p>
    <w:p w14:paraId="35EBB847" w14:textId="77777777" w:rsidR="00573496" w:rsidRPr="004B73F8" w:rsidRDefault="00573496" w:rsidP="00C61A54">
      <w:pPr>
        <w:rPr>
          <w:rFonts w:ascii="Times New Roman" w:hAnsi="Times New Roman" w:cs="Times New Roman"/>
        </w:rPr>
      </w:pPr>
    </w:p>
    <w:p w14:paraId="50531D00" w14:textId="24DDDD9B" w:rsidR="009E581A" w:rsidRPr="004B73F8" w:rsidRDefault="009E581A" w:rsidP="00C61A54">
      <w:pPr>
        <w:rPr>
          <w:rFonts w:ascii="Times New Roman" w:hAnsi="Times New Roman" w:cs="Times New Roman"/>
        </w:rPr>
      </w:pPr>
      <w:r w:rsidRPr="004B73F8">
        <w:rPr>
          <w:rFonts w:ascii="Times New Roman" w:hAnsi="Times New Roman" w:cs="Times New Roman"/>
        </w:rPr>
        <w:t>Include table: list of reviewed Items</w:t>
      </w:r>
    </w:p>
    <w:tbl>
      <w:tblPr>
        <w:tblStyle w:val="TableGrid"/>
        <w:tblW w:w="9108" w:type="dxa"/>
        <w:tblLook w:val="04A0" w:firstRow="1" w:lastRow="0" w:firstColumn="1" w:lastColumn="0" w:noHBand="0" w:noVBand="1"/>
      </w:tblPr>
      <w:tblGrid>
        <w:gridCol w:w="2534"/>
        <w:gridCol w:w="1804"/>
        <w:gridCol w:w="2331"/>
        <w:gridCol w:w="2439"/>
      </w:tblGrid>
      <w:tr w:rsidR="009E581A" w:rsidRPr="004B73F8" w14:paraId="25CC61A1" w14:textId="77777777" w:rsidTr="009E581A">
        <w:tc>
          <w:tcPr>
            <w:tcW w:w="2534" w:type="dxa"/>
            <w:tcBorders>
              <w:left w:val="nil"/>
              <w:right w:val="single" w:sz="4" w:space="0" w:color="auto"/>
            </w:tcBorders>
          </w:tcPr>
          <w:p w14:paraId="70B4562E" w14:textId="39426C20" w:rsidR="009E581A" w:rsidRPr="004B73F8" w:rsidRDefault="009E581A"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Material Type </w:t>
            </w:r>
          </w:p>
        </w:tc>
        <w:tc>
          <w:tcPr>
            <w:tcW w:w="1804" w:type="dxa"/>
            <w:tcBorders>
              <w:left w:val="single" w:sz="4" w:space="0" w:color="auto"/>
              <w:right w:val="nil"/>
            </w:tcBorders>
          </w:tcPr>
          <w:p w14:paraId="515B2203" w14:textId="39E8F5BC" w:rsidR="009E581A" w:rsidRPr="004B73F8" w:rsidRDefault="009E581A"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Date last Updated </w:t>
            </w:r>
          </w:p>
        </w:tc>
        <w:tc>
          <w:tcPr>
            <w:tcW w:w="2331" w:type="dxa"/>
            <w:tcBorders>
              <w:left w:val="single" w:sz="4" w:space="0" w:color="auto"/>
              <w:right w:val="nil"/>
            </w:tcBorders>
          </w:tcPr>
          <w:p w14:paraId="3034BE4F" w14:textId="6598371F" w:rsidR="009E581A" w:rsidRPr="004B73F8" w:rsidRDefault="009E581A"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Reviewed by  </w:t>
            </w:r>
          </w:p>
        </w:tc>
        <w:tc>
          <w:tcPr>
            <w:tcW w:w="2439" w:type="dxa"/>
            <w:tcBorders>
              <w:left w:val="single" w:sz="4" w:space="0" w:color="auto"/>
              <w:right w:val="nil"/>
            </w:tcBorders>
          </w:tcPr>
          <w:p w14:paraId="7275A1C8" w14:textId="6D0788CA" w:rsidR="009E581A" w:rsidRPr="004B73F8" w:rsidRDefault="009E581A" w:rsidP="000179E5">
            <w:pPr>
              <w:rPr>
                <w:rFonts w:ascii="Times New Roman" w:hAnsi="Times New Roman" w:cs="Times New Roman"/>
                <w:b/>
                <w:bCs/>
                <w:color w:val="0070C0"/>
                <w:sz w:val="20"/>
                <w:szCs w:val="20"/>
              </w:rPr>
            </w:pPr>
            <w:r w:rsidRPr="004B73F8">
              <w:rPr>
                <w:rFonts w:ascii="Times New Roman" w:hAnsi="Times New Roman" w:cs="Times New Roman"/>
                <w:b/>
                <w:bCs/>
                <w:color w:val="0070C0"/>
                <w:sz w:val="20"/>
                <w:szCs w:val="20"/>
              </w:rPr>
              <w:t xml:space="preserve">Status (compliant/noncompliant) </w:t>
            </w:r>
          </w:p>
        </w:tc>
      </w:tr>
      <w:tr w:rsidR="009E581A" w:rsidRPr="004B73F8" w14:paraId="2480E84F" w14:textId="77777777" w:rsidTr="009E581A">
        <w:tc>
          <w:tcPr>
            <w:tcW w:w="2534" w:type="dxa"/>
            <w:tcBorders>
              <w:left w:val="nil"/>
              <w:right w:val="single" w:sz="4" w:space="0" w:color="auto"/>
            </w:tcBorders>
          </w:tcPr>
          <w:p w14:paraId="2CCA2D97" w14:textId="6B3D4614" w:rsidR="009E581A" w:rsidRPr="004B73F8" w:rsidRDefault="009E581A" w:rsidP="000179E5">
            <w:pPr>
              <w:rPr>
                <w:rFonts w:ascii="Times New Roman" w:hAnsi="Times New Roman" w:cs="Times New Roman"/>
                <w:sz w:val="20"/>
                <w:szCs w:val="20"/>
              </w:rPr>
            </w:pPr>
            <w:r w:rsidRPr="004B73F8">
              <w:rPr>
                <w:rFonts w:ascii="Times New Roman" w:hAnsi="Times New Roman" w:cs="Times New Roman"/>
                <w:sz w:val="20"/>
                <w:szCs w:val="20"/>
              </w:rPr>
              <w:t>Website</w:t>
            </w:r>
          </w:p>
        </w:tc>
        <w:tc>
          <w:tcPr>
            <w:tcW w:w="1804" w:type="dxa"/>
            <w:tcBorders>
              <w:left w:val="single" w:sz="4" w:space="0" w:color="auto"/>
              <w:right w:val="nil"/>
            </w:tcBorders>
          </w:tcPr>
          <w:p w14:paraId="6343B3FF" w14:textId="77777777" w:rsidR="009E581A" w:rsidRPr="004B73F8" w:rsidRDefault="009E581A" w:rsidP="000179E5">
            <w:pPr>
              <w:rPr>
                <w:rFonts w:ascii="Times New Roman" w:hAnsi="Times New Roman" w:cs="Times New Roman"/>
                <w:sz w:val="20"/>
                <w:szCs w:val="20"/>
              </w:rPr>
            </w:pPr>
          </w:p>
        </w:tc>
        <w:tc>
          <w:tcPr>
            <w:tcW w:w="2331" w:type="dxa"/>
            <w:tcBorders>
              <w:left w:val="single" w:sz="4" w:space="0" w:color="auto"/>
              <w:right w:val="nil"/>
            </w:tcBorders>
          </w:tcPr>
          <w:p w14:paraId="375D3C0B" w14:textId="77777777" w:rsidR="009E581A" w:rsidRPr="004B73F8" w:rsidRDefault="009E581A" w:rsidP="000179E5">
            <w:pPr>
              <w:rPr>
                <w:rFonts w:ascii="Times New Roman" w:hAnsi="Times New Roman" w:cs="Times New Roman"/>
                <w:sz w:val="20"/>
                <w:szCs w:val="20"/>
              </w:rPr>
            </w:pPr>
          </w:p>
        </w:tc>
        <w:tc>
          <w:tcPr>
            <w:tcW w:w="2439" w:type="dxa"/>
            <w:tcBorders>
              <w:left w:val="single" w:sz="4" w:space="0" w:color="auto"/>
              <w:right w:val="nil"/>
            </w:tcBorders>
          </w:tcPr>
          <w:p w14:paraId="0ED535E2" w14:textId="77777777" w:rsidR="009E581A" w:rsidRPr="004B73F8" w:rsidRDefault="009E581A" w:rsidP="000179E5">
            <w:pPr>
              <w:rPr>
                <w:rFonts w:ascii="Times New Roman" w:hAnsi="Times New Roman" w:cs="Times New Roman"/>
                <w:sz w:val="20"/>
                <w:szCs w:val="20"/>
              </w:rPr>
            </w:pPr>
          </w:p>
        </w:tc>
      </w:tr>
      <w:tr w:rsidR="009E581A" w:rsidRPr="004B73F8" w14:paraId="7DDAC01C" w14:textId="77777777" w:rsidTr="009E581A">
        <w:tc>
          <w:tcPr>
            <w:tcW w:w="2534" w:type="dxa"/>
            <w:tcBorders>
              <w:left w:val="nil"/>
              <w:right w:val="single" w:sz="4" w:space="0" w:color="auto"/>
            </w:tcBorders>
          </w:tcPr>
          <w:p w14:paraId="005CE3F0" w14:textId="075A7234" w:rsidR="009E581A" w:rsidRPr="004B73F8" w:rsidRDefault="009E581A" w:rsidP="000179E5">
            <w:pPr>
              <w:rPr>
                <w:rFonts w:ascii="Times New Roman" w:hAnsi="Times New Roman" w:cs="Times New Roman"/>
                <w:sz w:val="20"/>
                <w:szCs w:val="20"/>
              </w:rPr>
            </w:pPr>
            <w:r w:rsidRPr="004B73F8">
              <w:rPr>
                <w:rFonts w:ascii="Times New Roman" w:hAnsi="Times New Roman" w:cs="Times New Roman"/>
                <w:sz w:val="20"/>
                <w:szCs w:val="20"/>
              </w:rPr>
              <w:t>Printed Prospectus</w:t>
            </w:r>
          </w:p>
        </w:tc>
        <w:tc>
          <w:tcPr>
            <w:tcW w:w="1804" w:type="dxa"/>
            <w:tcBorders>
              <w:left w:val="single" w:sz="4" w:space="0" w:color="auto"/>
              <w:right w:val="nil"/>
            </w:tcBorders>
          </w:tcPr>
          <w:p w14:paraId="06A11B60" w14:textId="77777777" w:rsidR="009E581A" w:rsidRPr="004B73F8" w:rsidRDefault="009E581A" w:rsidP="000179E5">
            <w:pPr>
              <w:rPr>
                <w:rFonts w:ascii="Times New Roman" w:hAnsi="Times New Roman" w:cs="Times New Roman"/>
                <w:sz w:val="20"/>
                <w:szCs w:val="20"/>
              </w:rPr>
            </w:pPr>
          </w:p>
        </w:tc>
        <w:tc>
          <w:tcPr>
            <w:tcW w:w="2331" w:type="dxa"/>
            <w:tcBorders>
              <w:left w:val="single" w:sz="4" w:space="0" w:color="auto"/>
              <w:right w:val="nil"/>
            </w:tcBorders>
          </w:tcPr>
          <w:p w14:paraId="6DA3D34B" w14:textId="77777777" w:rsidR="009E581A" w:rsidRPr="004B73F8" w:rsidRDefault="009E581A" w:rsidP="000179E5">
            <w:pPr>
              <w:rPr>
                <w:rFonts w:ascii="Times New Roman" w:hAnsi="Times New Roman" w:cs="Times New Roman"/>
                <w:sz w:val="20"/>
                <w:szCs w:val="20"/>
              </w:rPr>
            </w:pPr>
          </w:p>
        </w:tc>
        <w:tc>
          <w:tcPr>
            <w:tcW w:w="2439" w:type="dxa"/>
            <w:tcBorders>
              <w:left w:val="single" w:sz="4" w:space="0" w:color="auto"/>
              <w:right w:val="nil"/>
            </w:tcBorders>
          </w:tcPr>
          <w:p w14:paraId="40EDCCE8" w14:textId="77777777" w:rsidR="009E581A" w:rsidRPr="004B73F8" w:rsidRDefault="009E581A" w:rsidP="000179E5">
            <w:pPr>
              <w:rPr>
                <w:rFonts w:ascii="Times New Roman" w:hAnsi="Times New Roman" w:cs="Times New Roman"/>
                <w:sz w:val="20"/>
                <w:szCs w:val="20"/>
              </w:rPr>
            </w:pPr>
          </w:p>
        </w:tc>
      </w:tr>
      <w:tr w:rsidR="009E581A" w:rsidRPr="004B73F8" w14:paraId="082890A1" w14:textId="77777777" w:rsidTr="009E581A">
        <w:tc>
          <w:tcPr>
            <w:tcW w:w="2534" w:type="dxa"/>
            <w:tcBorders>
              <w:left w:val="nil"/>
              <w:right w:val="single" w:sz="4" w:space="0" w:color="auto"/>
            </w:tcBorders>
          </w:tcPr>
          <w:p w14:paraId="4C08FE96" w14:textId="77865C8F" w:rsidR="009E581A" w:rsidRPr="004B73F8" w:rsidRDefault="009E581A" w:rsidP="000179E5">
            <w:pPr>
              <w:rPr>
                <w:rFonts w:ascii="Times New Roman" w:hAnsi="Times New Roman" w:cs="Times New Roman"/>
                <w:sz w:val="20"/>
                <w:szCs w:val="20"/>
              </w:rPr>
            </w:pPr>
            <w:r w:rsidRPr="004B73F8">
              <w:rPr>
                <w:rFonts w:ascii="Times New Roman" w:hAnsi="Times New Roman" w:cs="Times New Roman"/>
                <w:sz w:val="20"/>
                <w:szCs w:val="20"/>
              </w:rPr>
              <w:t>Social media</w:t>
            </w:r>
          </w:p>
        </w:tc>
        <w:tc>
          <w:tcPr>
            <w:tcW w:w="1804" w:type="dxa"/>
            <w:tcBorders>
              <w:left w:val="single" w:sz="4" w:space="0" w:color="auto"/>
              <w:right w:val="nil"/>
            </w:tcBorders>
          </w:tcPr>
          <w:p w14:paraId="101BA99F" w14:textId="77777777" w:rsidR="009E581A" w:rsidRPr="004B73F8" w:rsidRDefault="009E581A" w:rsidP="000179E5">
            <w:pPr>
              <w:rPr>
                <w:rFonts w:ascii="Times New Roman" w:hAnsi="Times New Roman" w:cs="Times New Roman"/>
                <w:sz w:val="20"/>
                <w:szCs w:val="20"/>
              </w:rPr>
            </w:pPr>
          </w:p>
        </w:tc>
        <w:tc>
          <w:tcPr>
            <w:tcW w:w="2331" w:type="dxa"/>
            <w:tcBorders>
              <w:left w:val="single" w:sz="4" w:space="0" w:color="auto"/>
              <w:right w:val="nil"/>
            </w:tcBorders>
          </w:tcPr>
          <w:p w14:paraId="1046E62C" w14:textId="77777777" w:rsidR="009E581A" w:rsidRPr="004B73F8" w:rsidRDefault="009E581A" w:rsidP="000179E5">
            <w:pPr>
              <w:rPr>
                <w:rFonts w:ascii="Times New Roman" w:hAnsi="Times New Roman" w:cs="Times New Roman"/>
                <w:sz w:val="20"/>
                <w:szCs w:val="20"/>
              </w:rPr>
            </w:pPr>
          </w:p>
        </w:tc>
        <w:tc>
          <w:tcPr>
            <w:tcW w:w="2439" w:type="dxa"/>
            <w:tcBorders>
              <w:left w:val="single" w:sz="4" w:space="0" w:color="auto"/>
              <w:right w:val="nil"/>
            </w:tcBorders>
          </w:tcPr>
          <w:p w14:paraId="0AF8DC50" w14:textId="77777777" w:rsidR="009E581A" w:rsidRPr="004B73F8" w:rsidRDefault="009E581A" w:rsidP="000179E5">
            <w:pPr>
              <w:rPr>
                <w:rFonts w:ascii="Times New Roman" w:hAnsi="Times New Roman" w:cs="Times New Roman"/>
                <w:sz w:val="20"/>
                <w:szCs w:val="20"/>
              </w:rPr>
            </w:pPr>
          </w:p>
        </w:tc>
      </w:tr>
      <w:tr w:rsidR="009E581A" w:rsidRPr="004B73F8" w14:paraId="3632AAA4" w14:textId="77777777" w:rsidTr="009E581A">
        <w:tc>
          <w:tcPr>
            <w:tcW w:w="2534" w:type="dxa"/>
            <w:tcBorders>
              <w:left w:val="nil"/>
              <w:right w:val="single" w:sz="4" w:space="0" w:color="auto"/>
            </w:tcBorders>
          </w:tcPr>
          <w:p w14:paraId="1741205F" w14:textId="5D691652" w:rsidR="009E581A" w:rsidRPr="004B73F8" w:rsidRDefault="009E581A" w:rsidP="000179E5">
            <w:pPr>
              <w:rPr>
                <w:rFonts w:ascii="Times New Roman" w:hAnsi="Times New Roman" w:cs="Times New Roman"/>
                <w:sz w:val="20"/>
                <w:szCs w:val="20"/>
              </w:rPr>
            </w:pPr>
            <w:r w:rsidRPr="004B73F8">
              <w:rPr>
                <w:rFonts w:ascii="Times New Roman" w:hAnsi="Times New Roman" w:cs="Times New Roman"/>
                <w:sz w:val="20"/>
                <w:szCs w:val="20"/>
              </w:rPr>
              <w:t xml:space="preserve">Admission Brochure </w:t>
            </w:r>
          </w:p>
        </w:tc>
        <w:tc>
          <w:tcPr>
            <w:tcW w:w="1804" w:type="dxa"/>
            <w:tcBorders>
              <w:left w:val="single" w:sz="4" w:space="0" w:color="auto"/>
              <w:right w:val="nil"/>
            </w:tcBorders>
          </w:tcPr>
          <w:p w14:paraId="3883929C" w14:textId="77777777" w:rsidR="009E581A" w:rsidRPr="004B73F8" w:rsidRDefault="009E581A" w:rsidP="000179E5">
            <w:pPr>
              <w:rPr>
                <w:rFonts w:ascii="Times New Roman" w:hAnsi="Times New Roman" w:cs="Times New Roman"/>
                <w:sz w:val="20"/>
                <w:szCs w:val="20"/>
              </w:rPr>
            </w:pPr>
          </w:p>
        </w:tc>
        <w:tc>
          <w:tcPr>
            <w:tcW w:w="2331" w:type="dxa"/>
            <w:tcBorders>
              <w:left w:val="single" w:sz="4" w:space="0" w:color="auto"/>
              <w:right w:val="nil"/>
            </w:tcBorders>
          </w:tcPr>
          <w:p w14:paraId="2A9C4A0F" w14:textId="77777777" w:rsidR="009E581A" w:rsidRPr="004B73F8" w:rsidRDefault="009E581A" w:rsidP="000179E5">
            <w:pPr>
              <w:rPr>
                <w:rFonts w:ascii="Times New Roman" w:hAnsi="Times New Roman" w:cs="Times New Roman"/>
                <w:sz w:val="20"/>
                <w:szCs w:val="20"/>
              </w:rPr>
            </w:pPr>
          </w:p>
        </w:tc>
        <w:tc>
          <w:tcPr>
            <w:tcW w:w="2439" w:type="dxa"/>
            <w:tcBorders>
              <w:left w:val="single" w:sz="4" w:space="0" w:color="auto"/>
              <w:right w:val="nil"/>
            </w:tcBorders>
          </w:tcPr>
          <w:p w14:paraId="48D1DDB1" w14:textId="77777777" w:rsidR="009E581A" w:rsidRPr="004B73F8" w:rsidRDefault="009E581A" w:rsidP="000179E5">
            <w:pPr>
              <w:rPr>
                <w:rFonts w:ascii="Times New Roman" w:hAnsi="Times New Roman" w:cs="Times New Roman"/>
                <w:sz w:val="20"/>
                <w:szCs w:val="20"/>
              </w:rPr>
            </w:pPr>
          </w:p>
        </w:tc>
      </w:tr>
      <w:tr w:rsidR="009E581A" w:rsidRPr="004B73F8" w14:paraId="00EE3577" w14:textId="77777777" w:rsidTr="009E581A">
        <w:tc>
          <w:tcPr>
            <w:tcW w:w="2534" w:type="dxa"/>
            <w:tcBorders>
              <w:left w:val="nil"/>
              <w:right w:val="single" w:sz="4" w:space="0" w:color="auto"/>
            </w:tcBorders>
          </w:tcPr>
          <w:p w14:paraId="50C9192A" w14:textId="28D2E239" w:rsidR="009E581A" w:rsidRPr="004B73F8" w:rsidRDefault="009E581A" w:rsidP="000179E5">
            <w:pPr>
              <w:rPr>
                <w:rFonts w:ascii="Times New Roman" w:hAnsi="Times New Roman" w:cs="Times New Roman"/>
                <w:sz w:val="20"/>
                <w:szCs w:val="20"/>
              </w:rPr>
            </w:pPr>
            <w:r w:rsidRPr="004B73F8">
              <w:rPr>
                <w:rFonts w:ascii="Times New Roman" w:hAnsi="Times New Roman" w:cs="Times New Roman"/>
                <w:sz w:val="20"/>
                <w:szCs w:val="20"/>
              </w:rPr>
              <w:t xml:space="preserve">Other (Specify) </w:t>
            </w:r>
          </w:p>
        </w:tc>
        <w:tc>
          <w:tcPr>
            <w:tcW w:w="1804" w:type="dxa"/>
            <w:tcBorders>
              <w:left w:val="single" w:sz="4" w:space="0" w:color="auto"/>
              <w:right w:val="nil"/>
            </w:tcBorders>
          </w:tcPr>
          <w:p w14:paraId="4DD733F4" w14:textId="77777777" w:rsidR="009E581A" w:rsidRPr="004B73F8" w:rsidRDefault="009E581A" w:rsidP="000179E5">
            <w:pPr>
              <w:rPr>
                <w:rFonts w:ascii="Times New Roman" w:hAnsi="Times New Roman" w:cs="Times New Roman"/>
                <w:sz w:val="20"/>
                <w:szCs w:val="20"/>
              </w:rPr>
            </w:pPr>
          </w:p>
        </w:tc>
        <w:tc>
          <w:tcPr>
            <w:tcW w:w="2331" w:type="dxa"/>
            <w:tcBorders>
              <w:left w:val="single" w:sz="4" w:space="0" w:color="auto"/>
              <w:right w:val="nil"/>
            </w:tcBorders>
          </w:tcPr>
          <w:p w14:paraId="53F0ED5C" w14:textId="77777777" w:rsidR="009E581A" w:rsidRPr="004B73F8" w:rsidRDefault="009E581A" w:rsidP="000179E5">
            <w:pPr>
              <w:rPr>
                <w:rFonts w:ascii="Times New Roman" w:hAnsi="Times New Roman" w:cs="Times New Roman"/>
                <w:sz w:val="20"/>
                <w:szCs w:val="20"/>
              </w:rPr>
            </w:pPr>
          </w:p>
        </w:tc>
        <w:tc>
          <w:tcPr>
            <w:tcW w:w="2439" w:type="dxa"/>
            <w:tcBorders>
              <w:left w:val="single" w:sz="4" w:space="0" w:color="auto"/>
              <w:right w:val="nil"/>
            </w:tcBorders>
          </w:tcPr>
          <w:p w14:paraId="5CCEB478" w14:textId="77777777" w:rsidR="009E581A" w:rsidRPr="004B73F8" w:rsidRDefault="009E581A" w:rsidP="000179E5">
            <w:pPr>
              <w:rPr>
                <w:rFonts w:ascii="Times New Roman" w:hAnsi="Times New Roman" w:cs="Times New Roman"/>
                <w:sz w:val="20"/>
                <w:szCs w:val="20"/>
              </w:rPr>
            </w:pPr>
          </w:p>
        </w:tc>
      </w:tr>
      <w:tr w:rsidR="009E581A" w:rsidRPr="004B73F8" w14:paraId="4F7013FF" w14:textId="77777777" w:rsidTr="009E581A">
        <w:tc>
          <w:tcPr>
            <w:tcW w:w="2534" w:type="dxa"/>
            <w:tcBorders>
              <w:left w:val="nil"/>
              <w:right w:val="single" w:sz="4" w:space="0" w:color="auto"/>
            </w:tcBorders>
          </w:tcPr>
          <w:p w14:paraId="4D85CFDA" w14:textId="77777777" w:rsidR="009E581A" w:rsidRPr="004B73F8" w:rsidRDefault="009E581A" w:rsidP="000179E5">
            <w:pPr>
              <w:rPr>
                <w:rFonts w:ascii="Times New Roman" w:hAnsi="Times New Roman" w:cs="Times New Roman"/>
                <w:sz w:val="20"/>
                <w:szCs w:val="20"/>
              </w:rPr>
            </w:pPr>
          </w:p>
        </w:tc>
        <w:tc>
          <w:tcPr>
            <w:tcW w:w="1804" w:type="dxa"/>
            <w:tcBorders>
              <w:left w:val="single" w:sz="4" w:space="0" w:color="auto"/>
              <w:right w:val="nil"/>
            </w:tcBorders>
          </w:tcPr>
          <w:p w14:paraId="2183ABD3" w14:textId="77777777" w:rsidR="009E581A" w:rsidRPr="004B73F8" w:rsidRDefault="009E581A" w:rsidP="000179E5">
            <w:pPr>
              <w:rPr>
                <w:rFonts w:ascii="Times New Roman" w:hAnsi="Times New Roman" w:cs="Times New Roman"/>
                <w:sz w:val="20"/>
                <w:szCs w:val="20"/>
              </w:rPr>
            </w:pPr>
          </w:p>
        </w:tc>
        <w:tc>
          <w:tcPr>
            <w:tcW w:w="2331" w:type="dxa"/>
            <w:tcBorders>
              <w:left w:val="single" w:sz="4" w:space="0" w:color="auto"/>
              <w:right w:val="nil"/>
            </w:tcBorders>
          </w:tcPr>
          <w:p w14:paraId="5363837C" w14:textId="77777777" w:rsidR="009E581A" w:rsidRPr="004B73F8" w:rsidRDefault="009E581A" w:rsidP="000179E5">
            <w:pPr>
              <w:rPr>
                <w:rFonts w:ascii="Times New Roman" w:hAnsi="Times New Roman" w:cs="Times New Roman"/>
                <w:sz w:val="20"/>
                <w:szCs w:val="20"/>
              </w:rPr>
            </w:pPr>
          </w:p>
        </w:tc>
        <w:tc>
          <w:tcPr>
            <w:tcW w:w="2439" w:type="dxa"/>
            <w:tcBorders>
              <w:left w:val="single" w:sz="4" w:space="0" w:color="auto"/>
              <w:right w:val="nil"/>
            </w:tcBorders>
          </w:tcPr>
          <w:p w14:paraId="2BB810FA" w14:textId="77777777" w:rsidR="009E581A" w:rsidRPr="004B73F8" w:rsidRDefault="009E581A" w:rsidP="000179E5">
            <w:pPr>
              <w:rPr>
                <w:rFonts w:ascii="Times New Roman" w:hAnsi="Times New Roman" w:cs="Times New Roman"/>
                <w:sz w:val="20"/>
                <w:szCs w:val="20"/>
              </w:rPr>
            </w:pPr>
          </w:p>
        </w:tc>
      </w:tr>
    </w:tbl>
    <w:p w14:paraId="70A16D95" w14:textId="77777777" w:rsidR="009E581A" w:rsidRPr="004B73F8" w:rsidRDefault="009E581A" w:rsidP="00C61A54">
      <w:pPr>
        <w:rPr>
          <w:rFonts w:ascii="Times New Roman" w:hAnsi="Times New Roman" w:cs="Times New Roman"/>
        </w:rPr>
      </w:pPr>
    </w:p>
    <w:p w14:paraId="40C04270" w14:textId="638D5869" w:rsidR="009E581A" w:rsidRPr="004B73F8" w:rsidRDefault="009E581A" w:rsidP="00C61A54">
      <w:pPr>
        <w:rPr>
          <w:rFonts w:ascii="Times New Roman" w:hAnsi="Times New Roman" w:cs="Times New Roman"/>
          <w:b/>
          <w:bCs/>
          <w:sz w:val="20"/>
          <w:szCs w:val="20"/>
        </w:rPr>
      </w:pPr>
      <w:r w:rsidRPr="004B73F8">
        <w:rPr>
          <w:rFonts w:ascii="Times New Roman" w:hAnsi="Times New Roman" w:cs="Times New Roman"/>
          <w:b/>
          <w:bCs/>
          <w:sz w:val="20"/>
          <w:szCs w:val="20"/>
        </w:rPr>
        <w:t xml:space="preserve">Attach evidence </w:t>
      </w:r>
    </w:p>
    <w:p w14:paraId="62F49C8E" w14:textId="7E0B1377" w:rsidR="009E581A" w:rsidRPr="004B73F8" w:rsidRDefault="009E581A" w:rsidP="004B73F8">
      <w:pPr>
        <w:pStyle w:val="ListParagraph"/>
        <w:numPr>
          <w:ilvl w:val="0"/>
          <w:numId w:val="10"/>
        </w:numPr>
        <w:rPr>
          <w:rFonts w:ascii="Times New Roman" w:hAnsi="Times New Roman" w:cs="Times New Roman"/>
          <w:sz w:val="20"/>
          <w:szCs w:val="20"/>
        </w:rPr>
      </w:pPr>
      <w:r w:rsidRPr="004B73F8">
        <w:rPr>
          <w:rFonts w:ascii="Times New Roman" w:hAnsi="Times New Roman" w:cs="Times New Roman"/>
          <w:sz w:val="20"/>
          <w:szCs w:val="20"/>
        </w:rPr>
        <w:t>1-2 pages from current printed catalogue</w:t>
      </w:r>
    </w:p>
    <w:p w14:paraId="56EA5FA0" w14:textId="0DA5D805" w:rsidR="009E581A" w:rsidRPr="004B73F8" w:rsidRDefault="009E581A" w:rsidP="004B73F8">
      <w:pPr>
        <w:pStyle w:val="ListParagraph"/>
        <w:numPr>
          <w:ilvl w:val="0"/>
          <w:numId w:val="10"/>
        </w:numPr>
        <w:rPr>
          <w:rFonts w:ascii="Times New Roman" w:hAnsi="Times New Roman" w:cs="Times New Roman"/>
          <w:sz w:val="20"/>
          <w:szCs w:val="20"/>
        </w:rPr>
      </w:pPr>
      <w:r w:rsidRPr="004B73F8">
        <w:rPr>
          <w:rFonts w:ascii="Times New Roman" w:hAnsi="Times New Roman" w:cs="Times New Roman"/>
          <w:sz w:val="20"/>
          <w:szCs w:val="20"/>
        </w:rPr>
        <w:t>Screenshots of web pages listing programs</w:t>
      </w:r>
    </w:p>
    <w:p w14:paraId="3CAA5A34" w14:textId="62B2FCF8" w:rsidR="009E581A" w:rsidRPr="004B73F8" w:rsidRDefault="009E581A" w:rsidP="004B73F8">
      <w:pPr>
        <w:pStyle w:val="ListParagraph"/>
        <w:numPr>
          <w:ilvl w:val="0"/>
          <w:numId w:val="10"/>
        </w:numPr>
        <w:rPr>
          <w:rFonts w:ascii="Times New Roman" w:hAnsi="Times New Roman" w:cs="Times New Roman"/>
          <w:sz w:val="20"/>
          <w:szCs w:val="20"/>
        </w:rPr>
      </w:pPr>
      <w:r w:rsidRPr="004B73F8">
        <w:rPr>
          <w:rFonts w:ascii="Times New Roman" w:hAnsi="Times New Roman" w:cs="Times New Roman"/>
          <w:sz w:val="20"/>
          <w:szCs w:val="20"/>
        </w:rPr>
        <w:t>Copy of social media post promoting a program</w:t>
      </w:r>
    </w:p>
    <w:p w14:paraId="11D9F90C" w14:textId="342DAAEC" w:rsidR="009E581A" w:rsidRPr="004B73F8" w:rsidRDefault="009E581A" w:rsidP="004B73F8">
      <w:pPr>
        <w:pStyle w:val="ListParagraph"/>
        <w:numPr>
          <w:ilvl w:val="0"/>
          <w:numId w:val="10"/>
        </w:numPr>
        <w:rPr>
          <w:rFonts w:ascii="Times New Roman" w:hAnsi="Times New Roman" w:cs="Times New Roman"/>
          <w:sz w:val="20"/>
          <w:szCs w:val="20"/>
        </w:rPr>
      </w:pPr>
      <w:r w:rsidRPr="004B73F8">
        <w:rPr>
          <w:rFonts w:ascii="Times New Roman" w:hAnsi="Times New Roman" w:cs="Times New Roman"/>
          <w:sz w:val="20"/>
          <w:szCs w:val="20"/>
        </w:rPr>
        <w:t>Fron</w:t>
      </w:r>
      <w:r w:rsidR="00095A3A">
        <w:rPr>
          <w:rFonts w:ascii="Times New Roman" w:hAnsi="Times New Roman" w:cs="Times New Roman"/>
          <w:sz w:val="20"/>
          <w:szCs w:val="20"/>
        </w:rPr>
        <w:t>t</w:t>
      </w:r>
      <w:r w:rsidRPr="004B73F8">
        <w:rPr>
          <w:rFonts w:ascii="Times New Roman" w:hAnsi="Times New Roman" w:cs="Times New Roman"/>
          <w:sz w:val="20"/>
          <w:szCs w:val="20"/>
        </w:rPr>
        <w:t>/Back of a current flyer or promotional leaflet</w:t>
      </w:r>
    </w:p>
    <w:p w14:paraId="7CE4C6A1" w14:textId="350ED81C"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Additional Information</w:t>
      </w:r>
    </w:p>
    <w:p w14:paraId="6FA5161B" w14:textId="3E7A647D" w:rsidR="007F4094" w:rsidRPr="004B73F8" w:rsidRDefault="00B81ECA">
      <w:pPr>
        <w:rPr>
          <w:rFonts w:ascii="Times New Roman" w:hAnsi="Times New Roman" w:cs="Times New Roman"/>
        </w:rPr>
      </w:pPr>
      <w:r w:rsidRPr="004B73F8">
        <w:rPr>
          <w:rFonts w:ascii="Times New Roman" w:hAnsi="Times New Roman" w:cs="Times New Roman"/>
        </w:rPr>
        <w:t xml:space="preserve">Provide a narrative summary and list all </w:t>
      </w:r>
      <w:r w:rsidR="00005651" w:rsidRPr="004B73F8">
        <w:rPr>
          <w:rFonts w:ascii="Times New Roman" w:hAnsi="Times New Roman" w:cs="Times New Roman"/>
        </w:rPr>
        <w:t>the attached</w:t>
      </w:r>
      <w:r w:rsidRPr="004B73F8">
        <w:rPr>
          <w:rFonts w:ascii="Times New Roman" w:hAnsi="Times New Roman" w:cs="Times New Roman"/>
        </w:rPr>
        <w:t xml:space="preserve"> documents</w:t>
      </w:r>
      <w:r w:rsidR="004B73F8" w:rsidRPr="004B73F8">
        <w:rPr>
          <w:rFonts w:ascii="Times New Roman" w:hAnsi="Times New Roman" w:cs="Times New Roman"/>
        </w:rPr>
        <w:t>:</w:t>
      </w:r>
    </w:p>
    <w:p w14:paraId="7B7756FF" w14:textId="1542248D" w:rsidR="009E581A" w:rsidRPr="004B73F8" w:rsidRDefault="009E581A"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Institutional </w:t>
      </w:r>
      <w:r w:rsidR="00005651" w:rsidRPr="004B73F8">
        <w:rPr>
          <w:rFonts w:ascii="Times New Roman" w:hAnsi="Times New Roman" w:cs="Times New Roman"/>
          <w:i/>
          <w:iCs/>
        </w:rPr>
        <w:t>Development (Response:</w:t>
      </w:r>
      <w:r w:rsidRPr="004B73F8">
        <w:rPr>
          <w:rFonts w:ascii="Times New Roman" w:hAnsi="Times New Roman" w:cs="Times New Roman"/>
          <w:i/>
          <w:iCs/>
        </w:rPr>
        <w:t xml:space="preserve"> Narrative)</w:t>
      </w:r>
    </w:p>
    <w:p w14:paraId="5B1EA526" w14:textId="57B70305" w:rsidR="00005651" w:rsidRDefault="009E581A">
      <w:pPr>
        <w:rPr>
          <w:rFonts w:ascii="Times New Roman" w:hAnsi="Times New Roman" w:cs="Times New Roman"/>
        </w:rPr>
      </w:pPr>
      <w:r w:rsidRPr="004B73F8">
        <w:rPr>
          <w:rFonts w:ascii="Times New Roman" w:hAnsi="Times New Roman" w:cs="Times New Roman"/>
        </w:rPr>
        <w:t xml:space="preserve">Please </w:t>
      </w:r>
      <w:r w:rsidR="00005651" w:rsidRPr="004B73F8">
        <w:rPr>
          <w:rFonts w:ascii="Times New Roman" w:hAnsi="Times New Roman" w:cs="Times New Roman"/>
        </w:rPr>
        <w:t>share any vision or leadership changes, ministry expansion, or partnerships</w:t>
      </w:r>
    </w:p>
    <w:p w14:paraId="2E5E5B90" w14:textId="77777777" w:rsidR="004B73F8" w:rsidRPr="004B73F8" w:rsidRDefault="004B73F8">
      <w:pPr>
        <w:rPr>
          <w:rFonts w:ascii="Times New Roman" w:hAnsi="Times New Roman" w:cs="Times New Roman"/>
        </w:rPr>
      </w:pPr>
    </w:p>
    <w:p w14:paraId="77C65337" w14:textId="133FBFE9" w:rsidR="00005651" w:rsidRPr="004B73F8" w:rsidRDefault="00005651" w:rsidP="004B73F8">
      <w:pPr>
        <w:pStyle w:val="ListParagraph"/>
        <w:numPr>
          <w:ilvl w:val="1"/>
          <w:numId w:val="14"/>
        </w:numPr>
        <w:rPr>
          <w:rFonts w:ascii="Times New Roman" w:hAnsi="Times New Roman" w:cs="Times New Roman"/>
          <w:i/>
          <w:iCs/>
        </w:rPr>
      </w:pPr>
      <w:r w:rsidRPr="004B73F8">
        <w:rPr>
          <w:rFonts w:ascii="Times New Roman" w:hAnsi="Times New Roman" w:cs="Times New Roman"/>
          <w:i/>
          <w:iCs/>
        </w:rPr>
        <w:t xml:space="preserve">Attached Documents (List): please attach the following documents </w:t>
      </w:r>
    </w:p>
    <w:p w14:paraId="746D12AD" w14:textId="05222E9C" w:rsidR="00005651" w:rsidRPr="004B73F8" w:rsidRDefault="00005651" w:rsidP="004B73F8">
      <w:pPr>
        <w:pStyle w:val="ListParagraph"/>
        <w:numPr>
          <w:ilvl w:val="0"/>
          <w:numId w:val="11"/>
        </w:numPr>
        <w:rPr>
          <w:rFonts w:ascii="Times New Roman" w:hAnsi="Times New Roman" w:cs="Times New Roman"/>
          <w:sz w:val="20"/>
          <w:szCs w:val="20"/>
        </w:rPr>
      </w:pPr>
      <w:r w:rsidRPr="004B73F8">
        <w:rPr>
          <w:rFonts w:ascii="Times New Roman" w:hAnsi="Times New Roman" w:cs="Times New Roman"/>
          <w:sz w:val="20"/>
          <w:szCs w:val="20"/>
        </w:rPr>
        <w:t>Principal’s Narrative report</w:t>
      </w:r>
    </w:p>
    <w:p w14:paraId="68C0DC2A" w14:textId="2125FFAF" w:rsidR="00005651" w:rsidRPr="004B73F8" w:rsidRDefault="00005651" w:rsidP="004B73F8">
      <w:pPr>
        <w:pStyle w:val="ListParagraph"/>
        <w:numPr>
          <w:ilvl w:val="0"/>
          <w:numId w:val="11"/>
        </w:numPr>
        <w:rPr>
          <w:rFonts w:ascii="Times New Roman" w:hAnsi="Times New Roman" w:cs="Times New Roman"/>
          <w:sz w:val="20"/>
          <w:szCs w:val="20"/>
        </w:rPr>
      </w:pPr>
      <w:r w:rsidRPr="004B73F8">
        <w:rPr>
          <w:rFonts w:ascii="Times New Roman" w:hAnsi="Times New Roman" w:cs="Times New Roman"/>
          <w:sz w:val="20"/>
          <w:szCs w:val="20"/>
        </w:rPr>
        <w:t>Updated Academic Catalogue</w:t>
      </w:r>
    </w:p>
    <w:p w14:paraId="15A9C6B0" w14:textId="16D86E0A" w:rsidR="00005651" w:rsidRPr="004B73F8" w:rsidRDefault="00005651" w:rsidP="004B73F8">
      <w:pPr>
        <w:pStyle w:val="ListParagraph"/>
        <w:numPr>
          <w:ilvl w:val="0"/>
          <w:numId w:val="11"/>
        </w:numPr>
        <w:rPr>
          <w:rFonts w:ascii="Times New Roman" w:hAnsi="Times New Roman" w:cs="Times New Roman"/>
          <w:sz w:val="20"/>
          <w:szCs w:val="20"/>
        </w:rPr>
      </w:pPr>
      <w:r w:rsidRPr="004B73F8">
        <w:rPr>
          <w:rFonts w:ascii="Times New Roman" w:hAnsi="Times New Roman" w:cs="Times New Roman"/>
          <w:sz w:val="20"/>
          <w:szCs w:val="20"/>
        </w:rPr>
        <w:t>Public Brochures or program flyers</w:t>
      </w:r>
    </w:p>
    <w:p w14:paraId="0FA1EBCA" w14:textId="5CABC341" w:rsidR="00005651" w:rsidRPr="004B73F8" w:rsidRDefault="00005651" w:rsidP="004B73F8">
      <w:pPr>
        <w:pStyle w:val="ListParagraph"/>
        <w:numPr>
          <w:ilvl w:val="0"/>
          <w:numId w:val="11"/>
        </w:numPr>
        <w:rPr>
          <w:rFonts w:ascii="Times New Roman" w:hAnsi="Times New Roman" w:cs="Times New Roman"/>
        </w:rPr>
      </w:pPr>
      <w:r w:rsidRPr="004B73F8">
        <w:rPr>
          <w:rFonts w:ascii="Times New Roman" w:hAnsi="Times New Roman" w:cs="Times New Roman"/>
          <w:sz w:val="20"/>
          <w:szCs w:val="20"/>
        </w:rPr>
        <w:t>ACTEA Fee Schedule</w:t>
      </w:r>
    </w:p>
    <w:p w14:paraId="2B4E0152" w14:textId="6CA864E1" w:rsidR="007F4094" w:rsidRPr="004B73F8" w:rsidRDefault="004776F7" w:rsidP="004B73F8">
      <w:pPr>
        <w:pStyle w:val="Heading1"/>
        <w:numPr>
          <w:ilvl w:val="0"/>
          <w:numId w:val="14"/>
        </w:numPr>
        <w:rPr>
          <w:rFonts w:ascii="Times New Roman" w:hAnsi="Times New Roman" w:cs="Times New Roman"/>
        </w:rPr>
      </w:pPr>
      <w:r>
        <w:rPr>
          <w:rFonts w:ascii="Times New Roman" w:hAnsi="Times New Roman" w:cs="Times New Roman"/>
        </w:rPr>
        <w:t xml:space="preserve"> </w:t>
      </w:r>
      <w:r w:rsidR="00B81ECA" w:rsidRPr="004B73F8">
        <w:rPr>
          <w:rFonts w:ascii="Times New Roman" w:hAnsi="Times New Roman" w:cs="Times New Roman"/>
        </w:rPr>
        <w:t>Submission Checklist</w:t>
      </w:r>
    </w:p>
    <w:p w14:paraId="6A9575D6" w14:textId="77777777" w:rsidR="007F4094" w:rsidRPr="004B73F8" w:rsidRDefault="00B81ECA">
      <w:pPr>
        <w:rPr>
          <w:rFonts w:ascii="Times New Roman" w:hAnsi="Times New Roman" w:cs="Times New Roman"/>
        </w:rPr>
      </w:pPr>
      <w:r w:rsidRPr="004B73F8">
        <w:rPr>
          <w:rFonts w:ascii="Times New Roman" w:hAnsi="Times New Roman" w:cs="Times New Roman"/>
        </w:rPr>
        <w:t>To ensure your Annual Report is complete, please verify that the following items are included:</w:t>
      </w:r>
    </w:p>
    <w:p w14:paraId="5483B209" w14:textId="77777777" w:rsidR="00005651" w:rsidRPr="004B73F8" w:rsidRDefault="00B81ECA" w:rsidP="004B73F8">
      <w:pPr>
        <w:pStyle w:val="ListBullet"/>
        <w:numPr>
          <w:ilvl w:val="0"/>
          <w:numId w:val="12"/>
        </w:numPr>
        <w:rPr>
          <w:rFonts w:ascii="Times New Roman" w:hAnsi="Times New Roman" w:cs="Times New Roman"/>
          <w:sz w:val="20"/>
          <w:szCs w:val="20"/>
        </w:rPr>
      </w:pP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Completed Annual Report Form (Sections 1–11)</w:t>
      </w:r>
      <w:r w:rsidR="00005651" w:rsidRPr="004B73F8">
        <w:rPr>
          <w:rFonts w:ascii="Times New Roman" w:hAnsi="Times New Roman" w:cs="Times New Roman"/>
          <w:sz w:val="20"/>
          <w:szCs w:val="20"/>
        </w:rPr>
        <w:t xml:space="preserve">: </w:t>
      </w:r>
      <w:r w:rsidR="00005651" w:rsidRPr="004B73F8">
        <w:rPr>
          <w:rFonts w:ascii="Times New Roman" w:hAnsi="Times New Roman" w:cs="Times New Roman"/>
          <w:i/>
          <w:iCs/>
          <w:sz w:val="20"/>
          <w:szCs w:val="20"/>
        </w:rPr>
        <w:t>filled with accurate and current information</w:t>
      </w:r>
    </w:p>
    <w:p w14:paraId="5A19FEE0" w14:textId="77777777" w:rsidR="00005651" w:rsidRPr="004B73F8" w:rsidRDefault="00B81ECA" w:rsidP="004B73F8">
      <w:pPr>
        <w:pStyle w:val="ListBullet"/>
        <w:numPr>
          <w:ilvl w:val="0"/>
          <w:numId w:val="12"/>
        </w:numPr>
        <w:rPr>
          <w:rFonts w:ascii="Times New Roman" w:hAnsi="Times New Roman" w:cs="Times New Roman"/>
          <w:i/>
          <w:iCs/>
          <w:sz w:val="20"/>
          <w:szCs w:val="20"/>
        </w:rPr>
      </w:pPr>
      <w:r w:rsidRPr="004B73F8">
        <w:rPr>
          <w:rFonts w:ascii="Times New Roman" w:hAnsi="Times New Roman" w:cs="Times New Roman"/>
          <w:sz w:val="20"/>
          <w:szCs w:val="20"/>
        </w:rPr>
        <w:lastRenderedPageBreak/>
        <w:t xml:space="preserve"> </w:t>
      </w: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Financial Summary and External Audit Report</w:t>
      </w:r>
      <w:r w:rsidR="00005651" w:rsidRPr="004B73F8">
        <w:rPr>
          <w:rFonts w:ascii="Times New Roman" w:hAnsi="Times New Roman" w:cs="Times New Roman"/>
          <w:sz w:val="20"/>
          <w:szCs w:val="20"/>
        </w:rPr>
        <w:t xml:space="preserve">: </w:t>
      </w:r>
      <w:r w:rsidR="00005651" w:rsidRPr="004B73F8">
        <w:rPr>
          <w:rFonts w:ascii="Times New Roman" w:hAnsi="Times New Roman" w:cs="Times New Roman"/>
          <w:i/>
          <w:iCs/>
          <w:sz w:val="20"/>
          <w:szCs w:val="20"/>
        </w:rPr>
        <w:t>Budgeted vs. actual income/ expenditure, and a copy of external audit report.</w:t>
      </w:r>
    </w:p>
    <w:p w14:paraId="6D5846F7" w14:textId="77777777" w:rsidR="00005651" w:rsidRPr="004B73F8" w:rsidRDefault="00B81ECA" w:rsidP="004B73F8">
      <w:pPr>
        <w:pStyle w:val="ListBullet"/>
        <w:numPr>
          <w:ilvl w:val="0"/>
          <w:numId w:val="12"/>
        </w:numPr>
        <w:rPr>
          <w:rFonts w:ascii="Times New Roman" w:hAnsi="Times New Roman" w:cs="Times New Roman"/>
          <w:i/>
          <w:iCs/>
          <w:sz w:val="20"/>
          <w:szCs w:val="20"/>
        </w:rPr>
      </w:pPr>
      <w:r w:rsidRPr="004B73F8">
        <w:rPr>
          <w:rFonts w:ascii="Times New Roman" w:hAnsi="Times New Roman" w:cs="Times New Roman"/>
          <w:sz w:val="20"/>
          <w:szCs w:val="20"/>
        </w:rPr>
        <w:t xml:space="preserve"> </w:t>
      </w: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Library Acquisition and Budget Calculation</w:t>
      </w:r>
      <w:r w:rsidR="00005651" w:rsidRPr="004B73F8">
        <w:rPr>
          <w:rFonts w:ascii="Times New Roman" w:hAnsi="Times New Roman" w:cs="Times New Roman"/>
          <w:sz w:val="20"/>
          <w:szCs w:val="20"/>
        </w:rPr>
        <w:t xml:space="preserve">: </w:t>
      </w:r>
      <w:r w:rsidR="00005651" w:rsidRPr="004B73F8">
        <w:rPr>
          <w:rFonts w:ascii="Times New Roman" w:hAnsi="Times New Roman" w:cs="Times New Roman"/>
          <w:i/>
          <w:iCs/>
          <w:sz w:val="20"/>
          <w:szCs w:val="20"/>
        </w:rPr>
        <w:t xml:space="preserve">include ACTEA’s required formula and show compliance with minimum standards. </w:t>
      </w:r>
    </w:p>
    <w:p w14:paraId="61EDA37D" w14:textId="77777777" w:rsidR="00005651" w:rsidRPr="004B73F8" w:rsidRDefault="00B81ECA" w:rsidP="004B73F8">
      <w:pPr>
        <w:pStyle w:val="ListBullet"/>
        <w:numPr>
          <w:ilvl w:val="0"/>
          <w:numId w:val="12"/>
        </w:numPr>
        <w:rPr>
          <w:rFonts w:ascii="Times New Roman" w:hAnsi="Times New Roman" w:cs="Times New Roman"/>
          <w:sz w:val="20"/>
          <w:szCs w:val="20"/>
        </w:rPr>
      </w:pPr>
      <w:r w:rsidRPr="004B73F8">
        <w:rPr>
          <w:rFonts w:ascii="Times New Roman" w:hAnsi="Times New Roman" w:cs="Times New Roman"/>
          <w:sz w:val="20"/>
          <w:szCs w:val="20"/>
        </w:rPr>
        <w:t xml:space="preserve"> </w:t>
      </w: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Updated Teaching Staff List with Qualifications and Teaching Assignment</w:t>
      </w:r>
      <w:r w:rsidR="00005651" w:rsidRPr="004B73F8">
        <w:rPr>
          <w:rFonts w:ascii="Times New Roman" w:hAnsi="Times New Roman" w:cs="Times New Roman"/>
          <w:sz w:val="20"/>
          <w:szCs w:val="20"/>
        </w:rPr>
        <w:t>s and development activities</w:t>
      </w:r>
    </w:p>
    <w:p w14:paraId="25576009" w14:textId="77777777" w:rsidR="00005651" w:rsidRPr="004B73F8" w:rsidRDefault="00B81ECA" w:rsidP="004B73F8">
      <w:pPr>
        <w:pStyle w:val="ListBullet"/>
        <w:numPr>
          <w:ilvl w:val="0"/>
          <w:numId w:val="12"/>
        </w:numPr>
        <w:rPr>
          <w:rFonts w:ascii="Times New Roman" w:hAnsi="Times New Roman" w:cs="Times New Roman"/>
          <w:i/>
          <w:iCs/>
          <w:sz w:val="20"/>
          <w:szCs w:val="20"/>
        </w:rPr>
      </w:pP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Enrolment and Admissions Data Tables</w:t>
      </w:r>
      <w:r w:rsidR="00005651" w:rsidRPr="004B73F8">
        <w:rPr>
          <w:rFonts w:ascii="Times New Roman" w:hAnsi="Times New Roman" w:cs="Times New Roman"/>
          <w:sz w:val="20"/>
          <w:szCs w:val="20"/>
        </w:rPr>
        <w:t xml:space="preserve">: </w:t>
      </w:r>
      <w:r w:rsidR="00005651" w:rsidRPr="004B73F8">
        <w:rPr>
          <w:rFonts w:ascii="Times New Roman" w:hAnsi="Times New Roman" w:cs="Times New Roman"/>
          <w:i/>
          <w:iCs/>
          <w:sz w:val="20"/>
          <w:szCs w:val="20"/>
        </w:rPr>
        <w:t xml:space="preserve">FTE enrolment, graduation rates, mature </w:t>
      </w:r>
      <w:proofErr w:type="spellStart"/>
      <w:r w:rsidR="00005651" w:rsidRPr="004B73F8">
        <w:rPr>
          <w:rFonts w:ascii="Times New Roman" w:hAnsi="Times New Roman" w:cs="Times New Roman"/>
          <w:i/>
          <w:iCs/>
          <w:sz w:val="20"/>
          <w:szCs w:val="20"/>
        </w:rPr>
        <w:t>entery</w:t>
      </w:r>
      <w:proofErr w:type="spellEnd"/>
      <w:r w:rsidR="00005651" w:rsidRPr="004B73F8">
        <w:rPr>
          <w:rFonts w:ascii="Times New Roman" w:hAnsi="Times New Roman" w:cs="Times New Roman"/>
          <w:i/>
          <w:iCs/>
          <w:sz w:val="20"/>
          <w:szCs w:val="20"/>
        </w:rPr>
        <w:t xml:space="preserve"> figures</w:t>
      </w:r>
    </w:p>
    <w:p w14:paraId="58BFBF16" w14:textId="77777777" w:rsidR="00005651" w:rsidRPr="004B73F8" w:rsidRDefault="00B81ECA" w:rsidP="004B73F8">
      <w:pPr>
        <w:pStyle w:val="ListBullet"/>
        <w:numPr>
          <w:ilvl w:val="0"/>
          <w:numId w:val="12"/>
        </w:numPr>
        <w:rPr>
          <w:rFonts w:ascii="Times New Roman" w:hAnsi="Times New Roman" w:cs="Times New Roman"/>
          <w:i/>
          <w:iCs/>
          <w:sz w:val="20"/>
          <w:szCs w:val="20"/>
        </w:rPr>
      </w:pP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Principal’s Narrative Report (attached)</w:t>
      </w:r>
      <w:r w:rsidR="00005651" w:rsidRPr="004B73F8">
        <w:rPr>
          <w:rFonts w:ascii="Times New Roman" w:hAnsi="Times New Roman" w:cs="Times New Roman"/>
          <w:sz w:val="20"/>
          <w:szCs w:val="20"/>
        </w:rPr>
        <w:t xml:space="preserve">: </w:t>
      </w:r>
      <w:r w:rsidR="00005651" w:rsidRPr="004B73F8">
        <w:rPr>
          <w:rFonts w:ascii="Times New Roman" w:hAnsi="Times New Roman" w:cs="Times New Roman"/>
          <w:i/>
          <w:iCs/>
          <w:sz w:val="20"/>
          <w:szCs w:val="20"/>
        </w:rPr>
        <w:t xml:space="preserve">summary of </w:t>
      </w:r>
      <w:proofErr w:type="spellStart"/>
      <w:r w:rsidR="00005651" w:rsidRPr="004B73F8">
        <w:rPr>
          <w:rFonts w:ascii="Times New Roman" w:hAnsi="Times New Roman" w:cs="Times New Roman"/>
          <w:i/>
          <w:iCs/>
          <w:sz w:val="20"/>
          <w:szCs w:val="20"/>
        </w:rPr>
        <w:t>instituation</w:t>
      </w:r>
      <w:proofErr w:type="spellEnd"/>
      <w:r w:rsidR="00005651" w:rsidRPr="004B73F8">
        <w:rPr>
          <w:rFonts w:ascii="Times New Roman" w:hAnsi="Times New Roman" w:cs="Times New Roman"/>
          <w:i/>
          <w:iCs/>
          <w:sz w:val="20"/>
          <w:szCs w:val="20"/>
        </w:rPr>
        <w:t xml:space="preserve"> vision, activities, and key changes</w:t>
      </w:r>
    </w:p>
    <w:p w14:paraId="11D9C63E" w14:textId="77777777" w:rsidR="00005651" w:rsidRPr="004B73F8" w:rsidRDefault="00005651" w:rsidP="004B73F8">
      <w:pPr>
        <w:pStyle w:val="ListBullet"/>
        <w:numPr>
          <w:ilvl w:val="0"/>
          <w:numId w:val="12"/>
        </w:numPr>
        <w:rPr>
          <w:rFonts w:ascii="Times New Roman" w:hAnsi="Times New Roman" w:cs="Times New Roman"/>
          <w:i/>
          <w:iCs/>
          <w:sz w:val="20"/>
          <w:szCs w:val="20"/>
        </w:rPr>
      </w:pP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w:t>
      </w:r>
      <w:r w:rsidR="00B81ECA" w:rsidRPr="004B73F8">
        <w:rPr>
          <w:rFonts w:ascii="Times New Roman" w:hAnsi="Times New Roman" w:cs="Times New Roman"/>
          <w:sz w:val="20"/>
          <w:szCs w:val="20"/>
        </w:rPr>
        <w:t>Academic Catalogue and Promotional Publications</w:t>
      </w:r>
      <w:r w:rsidRPr="004B73F8">
        <w:rPr>
          <w:rFonts w:ascii="Times New Roman" w:hAnsi="Times New Roman" w:cs="Times New Roman"/>
          <w:sz w:val="20"/>
          <w:szCs w:val="20"/>
        </w:rPr>
        <w:t xml:space="preserve">: </w:t>
      </w:r>
      <w:r w:rsidRPr="004B73F8">
        <w:rPr>
          <w:rFonts w:ascii="Times New Roman" w:hAnsi="Times New Roman" w:cs="Times New Roman"/>
          <w:i/>
          <w:iCs/>
          <w:sz w:val="20"/>
          <w:szCs w:val="20"/>
        </w:rPr>
        <w:t xml:space="preserve">current brochures and public -facing documents </w:t>
      </w:r>
    </w:p>
    <w:p w14:paraId="1A256C63" w14:textId="37CEC148" w:rsidR="007F4094" w:rsidRPr="004B73F8" w:rsidRDefault="00B81ECA" w:rsidP="004B73F8">
      <w:pPr>
        <w:pStyle w:val="ListBullet"/>
        <w:numPr>
          <w:ilvl w:val="0"/>
          <w:numId w:val="12"/>
        </w:numPr>
        <w:rPr>
          <w:rFonts w:ascii="Times New Roman" w:hAnsi="Times New Roman" w:cs="Times New Roman"/>
          <w:sz w:val="20"/>
          <w:szCs w:val="20"/>
        </w:rPr>
      </w:pPr>
      <w:r w:rsidRPr="004B73F8">
        <w:rPr>
          <w:rFonts w:ascii="Times New Roman" w:hAnsi="Times New Roman" w:cs="Times New Roman"/>
          <w:sz w:val="20"/>
          <w:szCs w:val="20"/>
        </w:rPr>
        <w:t xml:space="preserve"> </w:t>
      </w:r>
      <w:proofErr w:type="gramStart"/>
      <w:r w:rsidRPr="004B73F8">
        <w:rPr>
          <w:rFonts w:ascii="Times New Roman" w:hAnsi="Times New Roman" w:cs="Times New Roman"/>
          <w:sz w:val="20"/>
          <w:szCs w:val="20"/>
        </w:rPr>
        <w:t>[ ]</w:t>
      </w:r>
      <w:proofErr w:type="gramEnd"/>
      <w:r w:rsidRPr="004B73F8">
        <w:rPr>
          <w:rFonts w:ascii="Times New Roman" w:hAnsi="Times New Roman" w:cs="Times New Roman"/>
          <w:sz w:val="20"/>
          <w:szCs w:val="20"/>
        </w:rPr>
        <w:t xml:space="preserve"> Completed ACTEA Fee Schedule Form</w:t>
      </w:r>
    </w:p>
    <w:p w14:paraId="28BBE12B" w14:textId="77777777" w:rsidR="007F4094" w:rsidRPr="004B73F8" w:rsidRDefault="00B81ECA" w:rsidP="004B73F8">
      <w:pPr>
        <w:pStyle w:val="Heading1"/>
        <w:numPr>
          <w:ilvl w:val="0"/>
          <w:numId w:val="14"/>
        </w:numPr>
        <w:rPr>
          <w:rFonts w:ascii="Times New Roman" w:hAnsi="Times New Roman" w:cs="Times New Roman"/>
        </w:rPr>
      </w:pPr>
      <w:r w:rsidRPr="004B73F8">
        <w:rPr>
          <w:rFonts w:ascii="Times New Roman" w:hAnsi="Times New Roman" w:cs="Times New Roman"/>
        </w:rPr>
        <w:t>Submission Instructions</w:t>
      </w:r>
    </w:p>
    <w:p w14:paraId="4AB9F8E0" w14:textId="5249AF0C" w:rsidR="007F4094" w:rsidRPr="004B73F8" w:rsidRDefault="00B81ECA">
      <w:pPr>
        <w:rPr>
          <w:rFonts w:ascii="Times New Roman" w:hAnsi="Times New Roman" w:cs="Times New Roman"/>
        </w:rPr>
      </w:pPr>
      <w:r w:rsidRPr="004B73F8">
        <w:rPr>
          <w:rFonts w:ascii="Times New Roman" w:hAnsi="Times New Roman" w:cs="Times New Roman"/>
        </w:rPr>
        <w:t xml:space="preserve">Email to: </w:t>
      </w:r>
      <w:hyperlink r:id="rId6" w:history="1">
        <w:r w:rsidR="00F2761E" w:rsidRPr="00150553">
          <w:rPr>
            <w:rStyle w:val="Hyperlink"/>
            <w:rFonts w:ascii="Times New Roman" w:hAnsi="Times New Roman" w:cs="Times New Roman"/>
          </w:rPr>
          <w:t>endale.sebsebe@acteaweb.org</w:t>
        </w:r>
      </w:hyperlink>
      <w:r w:rsidR="00F2761E">
        <w:rPr>
          <w:rFonts w:ascii="Times New Roman" w:hAnsi="Times New Roman" w:cs="Times New Roman"/>
        </w:rPr>
        <w:t xml:space="preserve"> and  copy to </w:t>
      </w:r>
      <w:hyperlink r:id="rId7" w:history="1">
        <w:r w:rsidR="004776F7" w:rsidRPr="003664A8">
          <w:rPr>
            <w:rStyle w:val="Hyperlink"/>
            <w:rFonts w:ascii="Times New Roman" w:hAnsi="Times New Roman" w:cs="Times New Roman"/>
          </w:rPr>
          <w:t>Beatrice.Mutua@acteaweb.org</w:t>
        </w:r>
      </w:hyperlink>
      <w:r w:rsidR="004776F7">
        <w:rPr>
          <w:rFonts w:ascii="Times New Roman" w:hAnsi="Times New Roman" w:cs="Times New Roman"/>
        </w:rPr>
        <w:t xml:space="preserve"> and</w:t>
      </w:r>
      <w:r w:rsidR="0071405D" w:rsidRPr="0071405D">
        <w:t xml:space="preserve"> </w:t>
      </w:r>
      <w:hyperlink r:id="rId8" w:history="1">
        <w:r w:rsidR="004776F7" w:rsidRPr="003664A8">
          <w:rPr>
            <w:rStyle w:val="Hyperlink"/>
            <w:rFonts w:ascii="Times New Roman" w:hAnsi="Times New Roman" w:cs="Times New Roman"/>
          </w:rPr>
          <w:t>accounts@acteaweb.org</w:t>
        </w:r>
      </w:hyperlink>
      <w:r w:rsidR="004776F7">
        <w:rPr>
          <w:rFonts w:ascii="Times New Roman" w:hAnsi="Times New Roman" w:cs="Times New Roman"/>
        </w:rPr>
        <w:t xml:space="preserve"> and the ACTEA Executive director at </w:t>
      </w:r>
      <w:hyperlink r:id="rId9" w:history="1">
        <w:r w:rsidR="004776F7" w:rsidRPr="003664A8">
          <w:rPr>
            <w:rStyle w:val="Hyperlink"/>
            <w:rFonts w:ascii="Times New Roman" w:hAnsi="Times New Roman" w:cs="Times New Roman"/>
          </w:rPr>
          <w:t>director@acteaweb.org</w:t>
        </w:r>
      </w:hyperlink>
      <w:r w:rsidR="004776F7">
        <w:rPr>
          <w:rFonts w:ascii="Times New Roman" w:hAnsi="Times New Roman" w:cs="Times New Roman"/>
        </w:rPr>
        <w:t xml:space="preserve"> </w:t>
      </w:r>
    </w:p>
    <w:p w14:paraId="5EF84643" w14:textId="505AAE7E" w:rsidR="007F4094" w:rsidRPr="004B73F8" w:rsidRDefault="00B81ECA">
      <w:pPr>
        <w:rPr>
          <w:rFonts w:ascii="Times New Roman" w:hAnsi="Times New Roman" w:cs="Times New Roman"/>
        </w:rPr>
      </w:pPr>
      <w:r w:rsidRPr="004B73F8">
        <w:rPr>
          <w:rFonts w:ascii="Times New Roman" w:hAnsi="Times New Roman" w:cs="Times New Roman"/>
        </w:rPr>
        <w:t>For questions or clarification, please contact the ACTEA Executive Office. Your clear and complete annual report contributes to the flourishing of theological education across Africa.</w:t>
      </w:r>
      <w:r w:rsidRPr="004B73F8">
        <w:rPr>
          <w:rFonts w:ascii="Times New Roman" w:hAnsi="Times New Roman" w:cs="Times New Roman"/>
        </w:rPr>
        <w:br/>
      </w:r>
      <w:r w:rsidRPr="004B73F8">
        <w:rPr>
          <w:rFonts w:ascii="Times New Roman" w:hAnsi="Times New Roman" w:cs="Times New Roman"/>
        </w:rPr>
        <w:br/>
      </w:r>
      <w:r w:rsidR="008167B6">
        <w:rPr>
          <w:rFonts w:ascii="Times New Roman" w:hAnsi="Times New Roman" w:cs="Times New Roman"/>
        </w:rPr>
        <w:t>“</w:t>
      </w:r>
      <w:r w:rsidRPr="004B73F8">
        <w:rPr>
          <w:rFonts w:ascii="Times New Roman" w:hAnsi="Times New Roman" w:cs="Times New Roman"/>
        </w:rPr>
        <w:t>Whatever you do, work at it with all your heart, as working for the Lord…</w:t>
      </w:r>
      <w:r w:rsidR="008167B6">
        <w:rPr>
          <w:rFonts w:ascii="Times New Roman" w:hAnsi="Times New Roman" w:cs="Times New Roman"/>
        </w:rPr>
        <w:t>”</w:t>
      </w:r>
      <w:r w:rsidRPr="004B73F8">
        <w:rPr>
          <w:rFonts w:ascii="Times New Roman" w:hAnsi="Times New Roman" w:cs="Times New Roman"/>
        </w:rPr>
        <w:t xml:space="preserve"> (Colossians 3:23)</w:t>
      </w:r>
    </w:p>
    <w:sectPr w:rsidR="007F4094" w:rsidRPr="004B73F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160C019F"/>
    <w:multiLevelType w:val="hybridMultilevel"/>
    <w:tmpl w:val="9EFC9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0862DB"/>
    <w:multiLevelType w:val="multilevel"/>
    <w:tmpl w:val="1982FBC4"/>
    <w:lvl w:ilvl="0">
      <w:start w:val="1"/>
      <w:numFmt w:val="decimal"/>
      <w:lvlText w:val="%1."/>
      <w:lvlJc w:val="left"/>
      <w:pPr>
        <w:ind w:left="360" w:hanging="360"/>
      </w:pPr>
      <w:rPr>
        <w:b/>
        <w:bCs/>
        <w:i w:val="0"/>
        <w:iCs w:val="0"/>
        <w:color w:val="4F81BD" w:themeColor="accen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0869AE"/>
    <w:multiLevelType w:val="multilevel"/>
    <w:tmpl w:val="057C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658D3"/>
    <w:multiLevelType w:val="hybridMultilevel"/>
    <w:tmpl w:val="B5BEB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307231"/>
    <w:multiLevelType w:val="hybridMultilevel"/>
    <w:tmpl w:val="43D4A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4D64F16"/>
    <w:multiLevelType w:val="hybridMultilevel"/>
    <w:tmpl w:val="A4D03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E52FD5"/>
    <w:multiLevelType w:val="multilevel"/>
    <w:tmpl w:val="6F520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F75E71"/>
    <w:multiLevelType w:val="hybridMultilevel"/>
    <w:tmpl w:val="D950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518443">
    <w:abstractNumId w:val="5"/>
  </w:num>
  <w:num w:numId="2" w16cid:durableId="1111588483">
    <w:abstractNumId w:val="3"/>
  </w:num>
  <w:num w:numId="3" w16cid:durableId="1373001889">
    <w:abstractNumId w:val="2"/>
  </w:num>
  <w:num w:numId="4" w16cid:durableId="956256089">
    <w:abstractNumId w:val="4"/>
  </w:num>
  <w:num w:numId="5" w16cid:durableId="831262550">
    <w:abstractNumId w:val="1"/>
  </w:num>
  <w:num w:numId="6" w16cid:durableId="1454982227">
    <w:abstractNumId w:val="0"/>
  </w:num>
  <w:num w:numId="7" w16cid:durableId="2013408944">
    <w:abstractNumId w:val="12"/>
  </w:num>
  <w:num w:numId="8" w16cid:durableId="1120993933">
    <w:abstractNumId w:val="8"/>
  </w:num>
  <w:num w:numId="9" w16cid:durableId="1949507477">
    <w:abstractNumId w:val="11"/>
  </w:num>
  <w:num w:numId="10" w16cid:durableId="529296996">
    <w:abstractNumId w:val="9"/>
  </w:num>
  <w:num w:numId="11" w16cid:durableId="1710372673">
    <w:abstractNumId w:val="13"/>
  </w:num>
  <w:num w:numId="12" w16cid:durableId="756176518">
    <w:abstractNumId w:val="6"/>
  </w:num>
  <w:num w:numId="13" w16cid:durableId="1763377243">
    <w:abstractNumId w:val="10"/>
  </w:num>
  <w:num w:numId="14" w16cid:durableId="194873452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651"/>
    <w:rsid w:val="00034616"/>
    <w:rsid w:val="0006063C"/>
    <w:rsid w:val="00095A3A"/>
    <w:rsid w:val="0010014A"/>
    <w:rsid w:val="0015074B"/>
    <w:rsid w:val="00197262"/>
    <w:rsid w:val="001D4506"/>
    <w:rsid w:val="0029639D"/>
    <w:rsid w:val="002B5738"/>
    <w:rsid w:val="00326F90"/>
    <w:rsid w:val="003639D1"/>
    <w:rsid w:val="003B50FB"/>
    <w:rsid w:val="00452CF0"/>
    <w:rsid w:val="0047043F"/>
    <w:rsid w:val="004776F7"/>
    <w:rsid w:val="004A4051"/>
    <w:rsid w:val="004B73F8"/>
    <w:rsid w:val="00573496"/>
    <w:rsid w:val="005C52ED"/>
    <w:rsid w:val="005D24F5"/>
    <w:rsid w:val="005E1C4D"/>
    <w:rsid w:val="006B2D5A"/>
    <w:rsid w:val="006C1C3B"/>
    <w:rsid w:val="0070170B"/>
    <w:rsid w:val="00705147"/>
    <w:rsid w:val="0071405D"/>
    <w:rsid w:val="007502A4"/>
    <w:rsid w:val="00773F7F"/>
    <w:rsid w:val="007F4094"/>
    <w:rsid w:val="007F75A1"/>
    <w:rsid w:val="008167B6"/>
    <w:rsid w:val="008206C8"/>
    <w:rsid w:val="008771DE"/>
    <w:rsid w:val="00897242"/>
    <w:rsid w:val="008C0EE0"/>
    <w:rsid w:val="008D3A48"/>
    <w:rsid w:val="0090382F"/>
    <w:rsid w:val="00927D5D"/>
    <w:rsid w:val="009E581A"/>
    <w:rsid w:val="00A34860"/>
    <w:rsid w:val="00A35A4E"/>
    <w:rsid w:val="00A45865"/>
    <w:rsid w:val="00AA1D8D"/>
    <w:rsid w:val="00AC361F"/>
    <w:rsid w:val="00AD1295"/>
    <w:rsid w:val="00B13721"/>
    <w:rsid w:val="00B47730"/>
    <w:rsid w:val="00B5718A"/>
    <w:rsid w:val="00B81ECA"/>
    <w:rsid w:val="00BC0D53"/>
    <w:rsid w:val="00BF392E"/>
    <w:rsid w:val="00BF64B7"/>
    <w:rsid w:val="00C61A54"/>
    <w:rsid w:val="00CB0664"/>
    <w:rsid w:val="00D542D6"/>
    <w:rsid w:val="00DE72B0"/>
    <w:rsid w:val="00DF3662"/>
    <w:rsid w:val="00EC5705"/>
    <w:rsid w:val="00F2761E"/>
    <w:rsid w:val="00FA7F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EA15C9"/>
  <w14:defaultImageDpi w14:val="300"/>
  <w15:docId w15:val="{FB4B21A6-1E7E-498B-AE29-E4CD2517F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A54"/>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927D5D"/>
    <w:pPr>
      <w:spacing w:before="100" w:beforeAutospacing="1" w:after="100" w:afterAutospacing="1" w:line="240" w:lineRule="auto"/>
    </w:pPr>
    <w:rPr>
      <w:rFonts w:ascii="Times New Roman" w:eastAsia="Times New Roman" w:hAnsi="Times New Roman" w:cs="Times New Roman"/>
      <w:sz w:val="24"/>
      <w:szCs w:val="24"/>
    </w:rPr>
  </w:style>
  <w:style w:type="table" w:styleId="GridTable1LightAccent2">
    <w:name w:val="Grid Table 1 Light Accent 2"/>
    <w:basedOn w:val="TableNormal"/>
    <w:uiPriority w:val="46"/>
    <w:rsid w:val="00927D5D"/>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F2761E"/>
    <w:rPr>
      <w:color w:val="0000FF" w:themeColor="hyperlink"/>
      <w:u w:val="single"/>
    </w:rPr>
  </w:style>
  <w:style w:type="character" w:styleId="UnresolvedMention">
    <w:name w:val="Unresolved Mention"/>
    <w:basedOn w:val="DefaultParagraphFont"/>
    <w:uiPriority w:val="99"/>
    <w:semiHidden/>
    <w:unhideWhenUsed/>
    <w:rsid w:val="00F27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0703">
      <w:bodyDiv w:val="1"/>
      <w:marLeft w:val="0"/>
      <w:marRight w:val="0"/>
      <w:marTop w:val="0"/>
      <w:marBottom w:val="0"/>
      <w:divBdr>
        <w:top w:val="none" w:sz="0" w:space="0" w:color="auto"/>
        <w:left w:val="none" w:sz="0" w:space="0" w:color="auto"/>
        <w:bottom w:val="none" w:sz="0" w:space="0" w:color="auto"/>
        <w:right w:val="none" w:sz="0" w:space="0" w:color="auto"/>
      </w:divBdr>
      <w:divsChild>
        <w:div w:id="1972444934">
          <w:marLeft w:val="0"/>
          <w:marRight w:val="0"/>
          <w:marTop w:val="0"/>
          <w:marBottom w:val="0"/>
          <w:divBdr>
            <w:top w:val="none" w:sz="0" w:space="0" w:color="auto"/>
            <w:left w:val="none" w:sz="0" w:space="0" w:color="auto"/>
            <w:bottom w:val="none" w:sz="0" w:space="0" w:color="auto"/>
            <w:right w:val="none" w:sz="0" w:space="0" w:color="auto"/>
          </w:divBdr>
          <w:divsChild>
            <w:div w:id="1062948262">
              <w:marLeft w:val="0"/>
              <w:marRight w:val="0"/>
              <w:marTop w:val="0"/>
              <w:marBottom w:val="0"/>
              <w:divBdr>
                <w:top w:val="none" w:sz="0" w:space="0" w:color="auto"/>
                <w:left w:val="none" w:sz="0" w:space="0" w:color="auto"/>
                <w:bottom w:val="none" w:sz="0" w:space="0" w:color="auto"/>
                <w:right w:val="none" w:sz="0" w:space="0" w:color="auto"/>
              </w:divBdr>
            </w:div>
          </w:divsChild>
        </w:div>
        <w:div w:id="384641053">
          <w:marLeft w:val="0"/>
          <w:marRight w:val="0"/>
          <w:marTop w:val="0"/>
          <w:marBottom w:val="0"/>
          <w:divBdr>
            <w:top w:val="none" w:sz="0" w:space="0" w:color="auto"/>
            <w:left w:val="none" w:sz="0" w:space="0" w:color="auto"/>
            <w:bottom w:val="none" w:sz="0" w:space="0" w:color="auto"/>
            <w:right w:val="none" w:sz="0" w:space="0" w:color="auto"/>
          </w:divBdr>
          <w:divsChild>
            <w:div w:id="1600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60919">
      <w:bodyDiv w:val="1"/>
      <w:marLeft w:val="0"/>
      <w:marRight w:val="0"/>
      <w:marTop w:val="0"/>
      <w:marBottom w:val="0"/>
      <w:divBdr>
        <w:top w:val="none" w:sz="0" w:space="0" w:color="auto"/>
        <w:left w:val="none" w:sz="0" w:space="0" w:color="auto"/>
        <w:bottom w:val="none" w:sz="0" w:space="0" w:color="auto"/>
        <w:right w:val="none" w:sz="0" w:space="0" w:color="auto"/>
      </w:divBdr>
    </w:div>
    <w:div w:id="1543903432">
      <w:bodyDiv w:val="1"/>
      <w:marLeft w:val="0"/>
      <w:marRight w:val="0"/>
      <w:marTop w:val="0"/>
      <w:marBottom w:val="0"/>
      <w:divBdr>
        <w:top w:val="none" w:sz="0" w:space="0" w:color="auto"/>
        <w:left w:val="none" w:sz="0" w:space="0" w:color="auto"/>
        <w:bottom w:val="none" w:sz="0" w:space="0" w:color="auto"/>
        <w:right w:val="none" w:sz="0" w:space="0" w:color="auto"/>
      </w:divBdr>
    </w:div>
    <w:div w:id="1721981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s@acteaweb.org" TargetMode="External"/><Relationship Id="rId3" Type="http://schemas.openxmlformats.org/officeDocument/2006/relationships/styles" Target="styles.xml"/><Relationship Id="rId7" Type="http://schemas.openxmlformats.org/officeDocument/2006/relationships/hyperlink" Target="mailto:Beatrice.Mutua@acteaweb.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ndale.sebsebe@acteaweb.or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rector@acteawe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1524</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David Tarus</cp:lastModifiedBy>
  <cp:revision>2</cp:revision>
  <dcterms:created xsi:type="dcterms:W3CDTF">2025-08-01T19:12:00Z</dcterms:created>
  <dcterms:modified xsi:type="dcterms:W3CDTF">2025-08-01T19:12:00Z</dcterms:modified>
  <cp:category/>
</cp:coreProperties>
</file>